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84B380" w14:textId="77777777" w:rsidR="005670E3" w:rsidRPr="001C6EC0" w:rsidRDefault="00173E19" w:rsidP="001C6EC0">
      <w:pPr>
        <w:spacing w:before="160" w:after="0"/>
        <w:jc w:val="center"/>
        <w:rPr>
          <w:sz w:val="28"/>
          <w:szCs w:val="24"/>
        </w:rPr>
      </w:pPr>
      <w:r w:rsidRPr="001C6EC0">
        <w:rPr>
          <w:rFonts w:ascii="Arial" w:eastAsia="Arial" w:hAnsi="Arial"/>
          <w:b/>
          <w:color w:val="0B6B62"/>
          <w:sz w:val="32"/>
          <w:szCs w:val="24"/>
        </w:rPr>
        <w:t>THÔNG BÁO</w:t>
      </w:r>
    </w:p>
    <w:p w14:paraId="38E72D16" w14:textId="77777777" w:rsidR="005670E3" w:rsidRPr="001C6EC0" w:rsidRDefault="00173E19">
      <w:pPr>
        <w:spacing w:after="40"/>
        <w:jc w:val="center"/>
        <w:rPr>
          <w:sz w:val="22"/>
          <w:szCs w:val="20"/>
        </w:rPr>
      </w:pPr>
      <w:r w:rsidRPr="001C6EC0">
        <w:rPr>
          <w:rFonts w:ascii="Arial" w:eastAsia="Arial" w:hAnsi="Arial"/>
          <w:b/>
          <w:color w:val="0B6B62"/>
          <w:sz w:val="32"/>
          <w:szCs w:val="20"/>
        </w:rPr>
        <w:t>HƯ</w:t>
      </w:r>
      <w:r w:rsidRPr="001C6EC0">
        <w:rPr>
          <w:rFonts w:ascii="Arial" w:eastAsia="Arial" w:hAnsi="Arial"/>
          <w:b/>
          <w:color w:val="0B6B62"/>
          <w:sz w:val="32"/>
          <w:szCs w:val="20"/>
        </w:rPr>
        <w:t>Ớ</w:t>
      </w:r>
      <w:r w:rsidRPr="001C6EC0">
        <w:rPr>
          <w:rFonts w:ascii="Arial" w:eastAsia="Arial" w:hAnsi="Arial"/>
          <w:b/>
          <w:color w:val="0B6B62"/>
          <w:sz w:val="32"/>
          <w:szCs w:val="20"/>
        </w:rPr>
        <w:t>NG D</w:t>
      </w:r>
      <w:r w:rsidRPr="001C6EC0">
        <w:rPr>
          <w:rFonts w:ascii="Arial" w:eastAsia="Arial" w:hAnsi="Arial"/>
          <w:b/>
          <w:color w:val="0B6B62"/>
          <w:sz w:val="32"/>
          <w:szCs w:val="20"/>
        </w:rPr>
        <w:t>Ẫ</w:t>
      </w:r>
      <w:r w:rsidRPr="001C6EC0">
        <w:rPr>
          <w:rFonts w:ascii="Arial" w:eastAsia="Arial" w:hAnsi="Arial"/>
          <w:b/>
          <w:color w:val="0B6B62"/>
          <w:sz w:val="32"/>
          <w:szCs w:val="20"/>
        </w:rPr>
        <w:t>N KÊ KHAI, N</w:t>
      </w:r>
      <w:r w:rsidRPr="001C6EC0">
        <w:rPr>
          <w:rFonts w:ascii="Arial" w:eastAsia="Arial" w:hAnsi="Arial"/>
          <w:b/>
          <w:color w:val="0B6B62"/>
          <w:sz w:val="32"/>
          <w:szCs w:val="20"/>
        </w:rPr>
        <w:t>Ộ</w:t>
      </w:r>
      <w:r w:rsidRPr="001C6EC0">
        <w:rPr>
          <w:rFonts w:ascii="Arial" w:eastAsia="Arial" w:hAnsi="Arial"/>
          <w:b/>
          <w:color w:val="0B6B62"/>
          <w:sz w:val="32"/>
          <w:szCs w:val="20"/>
        </w:rPr>
        <w:t>P VĂN B</w:t>
      </w:r>
      <w:r w:rsidRPr="001C6EC0">
        <w:rPr>
          <w:rFonts w:ascii="Arial" w:eastAsia="Arial" w:hAnsi="Arial"/>
          <w:b/>
          <w:color w:val="0B6B62"/>
          <w:sz w:val="32"/>
          <w:szCs w:val="20"/>
        </w:rPr>
        <w:t>Ằ</w:t>
      </w:r>
      <w:r w:rsidRPr="001C6EC0">
        <w:rPr>
          <w:rFonts w:ascii="Arial" w:eastAsia="Arial" w:hAnsi="Arial"/>
          <w:b/>
          <w:color w:val="0B6B62"/>
          <w:sz w:val="32"/>
          <w:szCs w:val="20"/>
        </w:rPr>
        <w:t>NG/CH</w:t>
      </w:r>
      <w:r w:rsidRPr="001C6EC0">
        <w:rPr>
          <w:rFonts w:ascii="Arial" w:eastAsia="Arial" w:hAnsi="Arial"/>
          <w:b/>
          <w:color w:val="0B6B62"/>
          <w:sz w:val="32"/>
          <w:szCs w:val="20"/>
        </w:rPr>
        <w:t>Ứ</w:t>
      </w:r>
      <w:r w:rsidRPr="001C6EC0">
        <w:rPr>
          <w:rFonts w:ascii="Arial" w:eastAsia="Arial" w:hAnsi="Arial"/>
          <w:b/>
          <w:color w:val="0B6B62"/>
          <w:sz w:val="32"/>
          <w:szCs w:val="20"/>
        </w:rPr>
        <w:t>NG CH</w:t>
      </w:r>
      <w:r w:rsidRPr="001C6EC0">
        <w:rPr>
          <w:rFonts w:ascii="Arial" w:eastAsia="Arial" w:hAnsi="Arial"/>
          <w:b/>
          <w:color w:val="0B6B62"/>
          <w:sz w:val="32"/>
          <w:szCs w:val="20"/>
        </w:rPr>
        <w:t>Ỉ</w:t>
      </w:r>
      <w:r w:rsidRPr="001C6EC0">
        <w:rPr>
          <w:rFonts w:ascii="Arial" w:eastAsia="Arial" w:hAnsi="Arial"/>
          <w:b/>
          <w:color w:val="0B6B62"/>
          <w:sz w:val="32"/>
          <w:szCs w:val="20"/>
        </w:rPr>
        <w:t xml:space="preserve"> NGO</w:t>
      </w:r>
      <w:r w:rsidRPr="001C6EC0">
        <w:rPr>
          <w:rFonts w:ascii="Arial" w:eastAsia="Arial" w:hAnsi="Arial"/>
          <w:b/>
          <w:color w:val="0B6B62"/>
          <w:sz w:val="32"/>
          <w:szCs w:val="20"/>
        </w:rPr>
        <w:t>Ạ</w:t>
      </w:r>
      <w:r w:rsidRPr="001C6EC0">
        <w:rPr>
          <w:rFonts w:ascii="Arial" w:eastAsia="Arial" w:hAnsi="Arial"/>
          <w:b/>
          <w:color w:val="0B6B62"/>
          <w:sz w:val="32"/>
          <w:szCs w:val="20"/>
        </w:rPr>
        <w:t>I NG</w:t>
      </w:r>
      <w:r w:rsidRPr="001C6EC0">
        <w:rPr>
          <w:rFonts w:ascii="Arial" w:eastAsia="Arial" w:hAnsi="Arial"/>
          <w:b/>
          <w:color w:val="0B6B62"/>
          <w:sz w:val="32"/>
          <w:szCs w:val="20"/>
        </w:rPr>
        <w:t>Ữ</w:t>
      </w:r>
    </w:p>
    <w:p w14:paraId="17B97AF0" w14:textId="77777777" w:rsidR="005670E3" w:rsidRDefault="00173E19">
      <w:pPr>
        <w:jc w:val="center"/>
        <w:rPr>
          <w:rFonts w:ascii="Arial" w:eastAsia="Arial" w:hAnsi="Arial"/>
          <w:b/>
          <w:i/>
          <w:color w:val="D89A16"/>
          <w:sz w:val="25"/>
        </w:rPr>
      </w:pPr>
      <w:r>
        <w:rPr>
          <w:rFonts w:ascii="Arial" w:eastAsia="Arial" w:hAnsi="Arial"/>
          <w:b/>
          <w:i/>
          <w:color w:val="D89A16"/>
          <w:sz w:val="25"/>
        </w:rPr>
        <w:t>Ph</w:t>
      </w:r>
      <w:r>
        <w:rPr>
          <w:rFonts w:ascii="Arial" w:eastAsia="Arial" w:hAnsi="Arial"/>
          <w:b/>
          <w:i/>
          <w:color w:val="D89A16"/>
          <w:sz w:val="25"/>
        </w:rPr>
        <w:t>ụ</w:t>
      </w:r>
      <w:r>
        <w:rPr>
          <w:rFonts w:ascii="Arial" w:eastAsia="Arial" w:hAnsi="Arial"/>
          <w:b/>
          <w:i/>
          <w:color w:val="D89A16"/>
          <w:sz w:val="25"/>
        </w:rPr>
        <w:t>c v</w:t>
      </w:r>
      <w:r>
        <w:rPr>
          <w:rFonts w:ascii="Arial" w:eastAsia="Arial" w:hAnsi="Arial"/>
          <w:b/>
          <w:i/>
          <w:color w:val="D89A16"/>
          <w:sz w:val="25"/>
        </w:rPr>
        <w:t>ụ</w:t>
      </w:r>
      <w:r>
        <w:rPr>
          <w:rFonts w:ascii="Arial" w:eastAsia="Arial" w:hAnsi="Arial"/>
          <w:b/>
          <w:i/>
          <w:color w:val="D89A16"/>
          <w:sz w:val="25"/>
        </w:rPr>
        <w:t xml:space="preserve"> xét tuy</w:t>
      </w:r>
      <w:r>
        <w:rPr>
          <w:rFonts w:ascii="Arial" w:eastAsia="Arial" w:hAnsi="Arial"/>
          <w:b/>
          <w:i/>
          <w:color w:val="D89A16"/>
          <w:sz w:val="25"/>
        </w:rPr>
        <w:t>ể</w:t>
      </w:r>
      <w:r>
        <w:rPr>
          <w:rFonts w:ascii="Arial" w:eastAsia="Arial" w:hAnsi="Arial"/>
          <w:b/>
          <w:i/>
          <w:color w:val="D89A16"/>
          <w:sz w:val="25"/>
        </w:rPr>
        <w:t>n trình đ</w:t>
      </w:r>
      <w:r>
        <w:rPr>
          <w:rFonts w:ascii="Arial" w:eastAsia="Arial" w:hAnsi="Arial"/>
          <w:b/>
          <w:i/>
          <w:color w:val="D89A16"/>
          <w:sz w:val="25"/>
        </w:rPr>
        <w:t>ộ</w:t>
      </w:r>
      <w:r>
        <w:rPr>
          <w:rFonts w:ascii="Arial" w:eastAsia="Arial" w:hAnsi="Arial"/>
          <w:b/>
          <w:i/>
          <w:color w:val="D89A16"/>
          <w:sz w:val="25"/>
        </w:rPr>
        <w:t xml:space="preserve"> th</w:t>
      </w:r>
      <w:r>
        <w:rPr>
          <w:rFonts w:ascii="Arial" w:eastAsia="Arial" w:hAnsi="Arial"/>
          <w:b/>
          <w:i/>
          <w:color w:val="D89A16"/>
          <w:sz w:val="25"/>
        </w:rPr>
        <w:t>ạ</w:t>
      </w:r>
      <w:r>
        <w:rPr>
          <w:rFonts w:ascii="Arial" w:eastAsia="Arial" w:hAnsi="Arial"/>
          <w:b/>
          <w:i/>
          <w:color w:val="D89A16"/>
          <w:sz w:val="25"/>
        </w:rPr>
        <w:t xml:space="preserve">c </w:t>
      </w:r>
      <w:proofErr w:type="spellStart"/>
      <w:r>
        <w:rPr>
          <w:rFonts w:ascii="Arial" w:eastAsia="Arial" w:hAnsi="Arial"/>
          <w:b/>
          <w:i/>
          <w:color w:val="D89A16"/>
          <w:sz w:val="25"/>
        </w:rPr>
        <w:t>sĩ</w:t>
      </w:r>
      <w:proofErr w:type="spellEnd"/>
      <w:r>
        <w:rPr>
          <w:rFonts w:ascii="Arial" w:eastAsia="Arial" w:hAnsi="Arial"/>
          <w:b/>
          <w:i/>
          <w:color w:val="D89A16"/>
          <w:sz w:val="25"/>
        </w:rPr>
        <w:t xml:space="preserve"> </w:t>
      </w:r>
      <w:proofErr w:type="spellStart"/>
      <w:r>
        <w:rPr>
          <w:rFonts w:ascii="Arial" w:eastAsia="Arial" w:hAnsi="Arial"/>
          <w:b/>
          <w:i/>
          <w:color w:val="D89A16"/>
          <w:sz w:val="25"/>
        </w:rPr>
        <w:t>t</w:t>
      </w:r>
      <w:r>
        <w:rPr>
          <w:rFonts w:ascii="Arial" w:eastAsia="Arial" w:hAnsi="Arial"/>
          <w:b/>
          <w:i/>
          <w:color w:val="D89A16"/>
          <w:sz w:val="25"/>
        </w:rPr>
        <w:t>ạ</w:t>
      </w:r>
      <w:r>
        <w:rPr>
          <w:rFonts w:ascii="Arial" w:eastAsia="Arial" w:hAnsi="Arial"/>
          <w:b/>
          <w:i/>
          <w:color w:val="D89A16"/>
          <w:sz w:val="25"/>
        </w:rPr>
        <w:t>i</w:t>
      </w:r>
      <w:proofErr w:type="spellEnd"/>
      <w:r>
        <w:rPr>
          <w:rFonts w:ascii="Arial" w:eastAsia="Arial" w:hAnsi="Arial"/>
          <w:b/>
          <w:i/>
          <w:color w:val="D89A16"/>
          <w:sz w:val="25"/>
        </w:rPr>
        <w:t xml:space="preserve"> </w:t>
      </w:r>
      <w:proofErr w:type="spellStart"/>
      <w:r>
        <w:rPr>
          <w:rFonts w:ascii="Arial" w:eastAsia="Arial" w:hAnsi="Arial"/>
          <w:b/>
          <w:i/>
          <w:color w:val="D89A16"/>
          <w:sz w:val="25"/>
        </w:rPr>
        <w:t>H</w:t>
      </w:r>
      <w:r>
        <w:rPr>
          <w:rFonts w:ascii="Arial" w:eastAsia="Arial" w:hAnsi="Arial"/>
          <w:b/>
          <w:i/>
          <w:color w:val="D89A16"/>
          <w:sz w:val="25"/>
        </w:rPr>
        <w:t>ọ</w:t>
      </w:r>
      <w:r>
        <w:rPr>
          <w:rFonts w:ascii="Arial" w:eastAsia="Arial" w:hAnsi="Arial"/>
          <w:b/>
          <w:i/>
          <w:color w:val="D89A16"/>
          <w:sz w:val="25"/>
        </w:rPr>
        <w:t>c</w:t>
      </w:r>
      <w:proofErr w:type="spellEnd"/>
      <w:r>
        <w:rPr>
          <w:rFonts w:ascii="Arial" w:eastAsia="Arial" w:hAnsi="Arial"/>
          <w:b/>
          <w:i/>
          <w:color w:val="D89A16"/>
          <w:sz w:val="25"/>
        </w:rPr>
        <w:t xml:space="preserve"> </w:t>
      </w:r>
      <w:proofErr w:type="spellStart"/>
      <w:r>
        <w:rPr>
          <w:rFonts w:ascii="Arial" w:eastAsia="Arial" w:hAnsi="Arial"/>
          <w:b/>
          <w:i/>
          <w:color w:val="D89A16"/>
          <w:sz w:val="25"/>
        </w:rPr>
        <w:t>vi</w:t>
      </w:r>
      <w:r>
        <w:rPr>
          <w:rFonts w:ascii="Arial" w:eastAsia="Arial" w:hAnsi="Arial"/>
          <w:b/>
          <w:i/>
          <w:color w:val="D89A16"/>
          <w:sz w:val="25"/>
        </w:rPr>
        <w:t>ệ</w:t>
      </w:r>
      <w:r>
        <w:rPr>
          <w:rFonts w:ascii="Arial" w:eastAsia="Arial" w:hAnsi="Arial"/>
          <w:b/>
          <w:i/>
          <w:color w:val="D89A16"/>
          <w:sz w:val="25"/>
        </w:rPr>
        <w:t>n</w:t>
      </w:r>
      <w:proofErr w:type="spellEnd"/>
      <w:r>
        <w:rPr>
          <w:rFonts w:ascii="Arial" w:eastAsia="Arial" w:hAnsi="Arial"/>
          <w:b/>
          <w:i/>
          <w:color w:val="D89A16"/>
          <w:sz w:val="25"/>
        </w:rPr>
        <w:t xml:space="preserve"> </w:t>
      </w:r>
      <w:proofErr w:type="spellStart"/>
      <w:r>
        <w:rPr>
          <w:rFonts w:ascii="Arial" w:eastAsia="Arial" w:hAnsi="Arial"/>
          <w:b/>
          <w:i/>
          <w:color w:val="D89A16"/>
          <w:sz w:val="25"/>
        </w:rPr>
        <w:t>Tài</w:t>
      </w:r>
      <w:proofErr w:type="spellEnd"/>
      <w:r>
        <w:rPr>
          <w:rFonts w:ascii="Arial" w:eastAsia="Arial" w:hAnsi="Arial"/>
          <w:b/>
          <w:i/>
          <w:color w:val="D89A16"/>
          <w:sz w:val="25"/>
        </w:rPr>
        <w:t xml:space="preserve"> </w:t>
      </w:r>
      <w:proofErr w:type="spellStart"/>
      <w:r>
        <w:rPr>
          <w:rFonts w:ascii="Arial" w:eastAsia="Arial" w:hAnsi="Arial"/>
          <w:b/>
          <w:i/>
          <w:color w:val="D89A16"/>
          <w:sz w:val="25"/>
        </w:rPr>
        <w:t>chính</w:t>
      </w:r>
      <w:proofErr w:type="spellEnd"/>
    </w:p>
    <w:p w14:paraId="5B12F95C" w14:textId="77777777" w:rsidR="001C6EC0" w:rsidRPr="006A49ED" w:rsidRDefault="001C6EC0">
      <w:pPr>
        <w:jc w:val="center"/>
        <w:rPr>
          <w:sz w:val="10"/>
        </w:rPr>
      </w:pPr>
      <w:bookmarkStart w:id="0" w:name="_GoBack"/>
      <w:bookmarkEnd w:id="0"/>
    </w:p>
    <w:p w14:paraId="41AE09C7" w14:textId="54D362D3" w:rsidR="005670E3" w:rsidRPr="00752F60" w:rsidRDefault="00173E19" w:rsidP="00752F60">
      <w:pPr>
        <w:ind w:firstLine="454"/>
        <w:jc w:val="both"/>
        <w:rPr>
          <w:sz w:val="26"/>
          <w:szCs w:val="26"/>
        </w:rPr>
      </w:pPr>
      <w:proofErr w:type="spellStart"/>
      <w:r w:rsidRPr="00752F60">
        <w:rPr>
          <w:color w:val="1F2937"/>
          <w:sz w:val="26"/>
          <w:szCs w:val="26"/>
        </w:rPr>
        <w:t>Khoa</w:t>
      </w:r>
      <w:proofErr w:type="spellEnd"/>
      <w:r w:rsidRPr="00752F60">
        <w:rPr>
          <w:color w:val="1F2937"/>
          <w:sz w:val="26"/>
          <w:szCs w:val="26"/>
        </w:rPr>
        <w:t xml:space="preserve"> Sau </w:t>
      </w:r>
      <w:proofErr w:type="spellStart"/>
      <w:r w:rsidRPr="00752F60">
        <w:rPr>
          <w:color w:val="1F2937"/>
          <w:sz w:val="26"/>
          <w:szCs w:val="26"/>
        </w:rPr>
        <w:t>đại</w:t>
      </w:r>
      <w:proofErr w:type="spellEnd"/>
      <w:r w:rsidRPr="00752F60">
        <w:rPr>
          <w:color w:val="1F2937"/>
          <w:sz w:val="26"/>
          <w:szCs w:val="26"/>
        </w:rPr>
        <w:t xml:space="preserve"> </w:t>
      </w:r>
      <w:proofErr w:type="spellStart"/>
      <w:r w:rsidRPr="00752F60">
        <w:rPr>
          <w:color w:val="1F2937"/>
          <w:sz w:val="26"/>
          <w:szCs w:val="26"/>
        </w:rPr>
        <w:t>học</w:t>
      </w:r>
      <w:proofErr w:type="spellEnd"/>
      <w:r w:rsidRPr="00752F60">
        <w:rPr>
          <w:color w:val="1F2937"/>
          <w:sz w:val="26"/>
          <w:szCs w:val="26"/>
        </w:rPr>
        <w:t xml:space="preserve"> </w:t>
      </w:r>
      <w:proofErr w:type="spellStart"/>
      <w:r w:rsidRPr="00752F60">
        <w:rPr>
          <w:color w:val="1F2937"/>
          <w:sz w:val="26"/>
          <w:szCs w:val="26"/>
        </w:rPr>
        <w:t>hướng</w:t>
      </w:r>
      <w:proofErr w:type="spellEnd"/>
      <w:r w:rsidRPr="00752F60">
        <w:rPr>
          <w:color w:val="1F2937"/>
          <w:sz w:val="26"/>
          <w:szCs w:val="26"/>
        </w:rPr>
        <w:t xml:space="preserve"> </w:t>
      </w:r>
      <w:proofErr w:type="spellStart"/>
      <w:r w:rsidRPr="00752F60">
        <w:rPr>
          <w:color w:val="1F2937"/>
          <w:sz w:val="26"/>
          <w:szCs w:val="26"/>
        </w:rPr>
        <w:t>dẫn</w:t>
      </w:r>
      <w:proofErr w:type="spellEnd"/>
      <w:r w:rsidRPr="00752F60">
        <w:rPr>
          <w:color w:val="1F2937"/>
          <w:sz w:val="26"/>
          <w:szCs w:val="26"/>
        </w:rPr>
        <w:t xml:space="preserve"> thí sinh có văn bằng hoặc chứng chỉ ngoại ngữ không do Học viện Tài chính cấp thực hiện kê khai, tải minh chứng và hoàn thiện thủ tục xác minh như sau:</w:t>
      </w:r>
    </w:p>
    <w:tbl>
      <w:tblPr>
        <w:tblW w:w="0" w:type="auto"/>
        <w:jc w:val="center"/>
        <w:tblLook w:val="04A0" w:firstRow="1" w:lastRow="0" w:firstColumn="1" w:lastColumn="0" w:noHBand="0" w:noVBand="1"/>
      </w:tblPr>
      <w:tblGrid>
        <w:gridCol w:w="10482"/>
      </w:tblGrid>
      <w:tr w:rsidR="005670E3" w14:paraId="11F1D338" w14:textId="77777777">
        <w:trPr>
          <w:jc w:val="center"/>
        </w:trPr>
        <w:tc>
          <w:tcPr>
            <w:tcW w:w="10482" w:type="dxa"/>
            <w:shd w:val="clear" w:color="auto" w:fill="0B6B62"/>
          </w:tcPr>
          <w:p w14:paraId="2E573F80" w14:textId="77777777" w:rsidR="001C6EC0" w:rsidRDefault="001C6EC0" w:rsidP="001C6EC0">
            <w:pPr>
              <w:spacing w:after="0"/>
              <w:rPr>
                <w:rFonts w:ascii="Arial" w:eastAsia="Arial" w:hAnsi="Arial"/>
                <w:b/>
                <w:color w:val="FFFFFF"/>
                <w:sz w:val="27"/>
              </w:rPr>
            </w:pPr>
          </w:p>
          <w:p w14:paraId="4CB9E0CC" w14:textId="2ECDF5B0" w:rsidR="005670E3" w:rsidRDefault="00173E19" w:rsidP="001C6EC0">
            <w:pPr>
              <w:spacing w:after="240"/>
            </w:pPr>
            <w:r>
              <w:rPr>
                <w:rFonts w:ascii="Arial" w:eastAsia="Arial" w:hAnsi="Arial"/>
                <w:b/>
                <w:color w:val="FFFFFF"/>
                <w:sz w:val="27"/>
              </w:rPr>
              <w:t>I. Đ</w:t>
            </w:r>
            <w:r>
              <w:rPr>
                <w:rFonts w:ascii="Arial" w:eastAsia="Arial" w:hAnsi="Arial"/>
                <w:b/>
                <w:color w:val="FFFFFF"/>
                <w:sz w:val="27"/>
              </w:rPr>
              <w:t>Ố</w:t>
            </w:r>
            <w:r>
              <w:rPr>
                <w:rFonts w:ascii="Arial" w:eastAsia="Arial" w:hAnsi="Arial"/>
                <w:b/>
                <w:color w:val="FFFFFF"/>
                <w:sz w:val="27"/>
              </w:rPr>
              <w:t>I TƯ</w:t>
            </w:r>
            <w:r>
              <w:rPr>
                <w:rFonts w:ascii="Arial" w:eastAsia="Arial" w:hAnsi="Arial"/>
                <w:b/>
                <w:color w:val="FFFFFF"/>
                <w:sz w:val="27"/>
              </w:rPr>
              <w:t>Ợ</w:t>
            </w:r>
            <w:r>
              <w:rPr>
                <w:rFonts w:ascii="Arial" w:eastAsia="Arial" w:hAnsi="Arial"/>
                <w:b/>
                <w:color w:val="FFFFFF"/>
                <w:sz w:val="27"/>
              </w:rPr>
              <w:t>NG VÀ H</w:t>
            </w:r>
            <w:r>
              <w:rPr>
                <w:rFonts w:ascii="Arial" w:eastAsia="Arial" w:hAnsi="Arial"/>
                <w:b/>
                <w:color w:val="FFFFFF"/>
                <w:sz w:val="27"/>
              </w:rPr>
              <w:t>Ồ</w:t>
            </w:r>
            <w:r>
              <w:rPr>
                <w:rFonts w:ascii="Arial" w:eastAsia="Arial" w:hAnsi="Arial"/>
                <w:b/>
                <w:color w:val="FFFFFF"/>
                <w:sz w:val="27"/>
              </w:rPr>
              <w:t xml:space="preserve"> SƠ C</w:t>
            </w:r>
            <w:r>
              <w:rPr>
                <w:rFonts w:ascii="Arial" w:eastAsia="Arial" w:hAnsi="Arial"/>
                <w:b/>
                <w:color w:val="FFFFFF"/>
                <w:sz w:val="27"/>
              </w:rPr>
              <w:t>Ầ</w:t>
            </w:r>
            <w:r>
              <w:rPr>
                <w:rFonts w:ascii="Arial" w:eastAsia="Arial" w:hAnsi="Arial"/>
                <w:b/>
                <w:color w:val="FFFFFF"/>
                <w:sz w:val="27"/>
              </w:rPr>
              <w:t>N CHU</w:t>
            </w:r>
            <w:r>
              <w:rPr>
                <w:rFonts w:ascii="Arial" w:eastAsia="Arial" w:hAnsi="Arial"/>
                <w:b/>
                <w:color w:val="FFFFFF"/>
                <w:sz w:val="27"/>
              </w:rPr>
              <w:t>Ẩ</w:t>
            </w:r>
            <w:r>
              <w:rPr>
                <w:rFonts w:ascii="Arial" w:eastAsia="Arial" w:hAnsi="Arial"/>
                <w:b/>
                <w:color w:val="FFFFFF"/>
                <w:sz w:val="27"/>
              </w:rPr>
              <w:t>N B</w:t>
            </w:r>
            <w:r>
              <w:rPr>
                <w:rFonts w:ascii="Arial" w:eastAsia="Arial" w:hAnsi="Arial"/>
                <w:b/>
                <w:color w:val="FFFFFF"/>
                <w:sz w:val="27"/>
              </w:rPr>
              <w:t>Ị</w:t>
            </w:r>
          </w:p>
        </w:tc>
      </w:tr>
    </w:tbl>
    <w:p w14:paraId="0540CE69" w14:textId="77777777" w:rsidR="005670E3" w:rsidRPr="00752F60" w:rsidRDefault="005670E3" w:rsidP="00752F60">
      <w:pPr>
        <w:spacing w:after="0"/>
        <w:jc w:val="both"/>
        <w:rPr>
          <w:rFonts w:cs="Times New Roman"/>
          <w:szCs w:val="24"/>
        </w:rPr>
      </w:pPr>
    </w:p>
    <w:p w14:paraId="223B3510" w14:textId="4097AE5E" w:rsidR="005670E3" w:rsidRPr="001C6EC0" w:rsidRDefault="00173E19" w:rsidP="001C6EC0">
      <w:pPr>
        <w:pStyle w:val="ListParagraph"/>
        <w:numPr>
          <w:ilvl w:val="0"/>
          <w:numId w:val="10"/>
        </w:numPr>
        <w:spacing w:after="40"/>
        <w:jc w:val="both"/>
        <w:rPr>
          <w:rFonts w:cs="Times New Roman"/>
          <w:szCs w:val="24"/>
        </w:rPr>
      </w:pPr>
      <w:proofErr w:type="spellStart"/>
      <w:r w:rsidRPr="001C6EC0">
        <w:rPr>
          <w:rFonts w:eastAsia="Arial" w:cs="Times New Roman"/>
          <w:color w:val="1F2937"/>
          <w:szCs w:val="24"/>
        </w:rPr>
        <w:t>Thí</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sinh</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d</w:t>
      </w:r>
      <w:r w:rsidRPr="001C6EC0">
        <w:rPr>
          <w:rFonts w:eastAsia="Arial" w:cs="Times New Roman"/>
          <w:color w:val="1F2937"/>
          <w:szCs w:val="24"/>
        </w:rPr>
        <w:t>ự</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tuy</w:t>
      </w:r>
      <w:r w:rsidRPr="001C6EC0">
        <w:rPr>
          <w:rFonts w:eastAsia="Arial" w:cs="Times New Roman"/>
          <w:color w:val="1F2937"/>
          <w:szCs w:val="24"/>
        </w:rPr>
        <w:t>ể</w:t>
      </w:r>
      <w:r w:rsidRPr="001C6EC0">
        <w:rPr>
          <w:rFonts w:eastAsia="Arial" w:cs="Times New Roman"/>
          <w:color w:val="1F2937"/>
          <w:szCs w:val="24"/>
        </w:rPr>
        <w:t>n</w:t>
      </w:r>
      <w:proofErr w:type="spellEnd"/>
      <w:r w:rsidRPr="001C6EC0">
        <w:rPr>
          <w:rFonts w:eastAsia="Arial" w:cs="Times New Roman"/>
          <w:color w:val="1F2937"/>
          <w:szCs w:val="24"/>
        </w:rPr>
        <w:t xml:space="preserve"> trình đ</w:t>
      </w:r>
      <w:r w:rsidRPr="001C6EC0">
        <w:rPr>
          <w:rFonts w:eastAsia="Arial" w:cs="Times New Roman"/>
          <w:color w:val="1F2937"/>
          <w:szCs w:val="24"/>
        </w:rPr>
        <w:t>ộ</w:t>
      </w:r>
      <w:r w:rsidRPr="001C6EC0">
        <w:rPr>
          <w:rFonts w:eastAsia="Arial" w:cs="Times New Roman"/>
          <w:color w:val="1F2937"/>
          <w:szCs w:val="24"/>
        </w:rPr>
        <w:t xml:space="preserve"> th</w:t>
      </w:r>
      <w:r w:rsidRPr="001C6EC0">
        <w:rPr>
          <w:rFonts w:eastAsia="Arial" w:cs="Times New Roman"/>
          <w:color w:val="1F2937"/>
          <w:szCs w:val="24"/>
        </w:rPr>
        <w:t>ạ</w:t>
      </w:r>
      <w:r w:rsidRPr="001C6EC0">
        <w:rPr>
          <w:rFonts w:eastAsia="Arial" w:cs="Times New Roman"/>
          <w:color w:val="1F2937"/>
          <w:szCs w:val="24"/>
        </w:rPr>
        <w:t>c sĩ s</w:t>
      </w:r>
      <w:r w:rsidRPr="001C6EC0">
        <w:rPr>
          <w:rFonts w:eastAsia="Arial" w:cs="Times New Roman"/>
          <w:color w:val="1F2937"/>
          <w:szCs w:val="24"/>
        </w:rPr>
        <w:t>ử</w:t>
      </w:r>
      <w:r w:rsidRPr="001C6EC0">
        <w:rPr>
          <w:rFonts w:eastAsia="Arial" w:cs="Times New Roman"/>
          <w:color w:val="1F2937"/>
          <w:szCs w:val="24"/>
        </w:rPr>
        <w:t xml:space="preserve"> d</w:t>
      </w:r>
      <w:r w:rsidRPr="001C6EC0">
        <w:rPr>
          <w:rFonts w:eastAsia="Arial" w:cs="Times New Roman"/>
          <w:color w:val="1F2937"/>
          <w:szCs w:val="24"/>
        </w:rPr>
        <w:t>ụ</w:t>
      </w:r>
      <w:r w:rsidRPr="001C6EC0">
        <w:rPr>
          <w:rFonts w:eastAsia="Arial" w:cs="Times New Roman"/>
          <w:color w:val="1F2937"/>
          <w:szCs w:val="24"/>
        </w:rPr>
        <w:t>ng văn b</w:t>
      </w:r>
      <w:r w:rsidRPr="001C6EC0">
        <w:rPr>
          <w:rFonts w:eastAsia="Arial" w:cs="Times New Roman"/>
          <w:color w:val="1F2937"/>
          <w:szCs w:val="24"/>
        </w:rPr>
        <w:t>ằ</w:t>
      </w:r>
      <w:r w:rsidRPr="001C6EC0">
        <w:rPr>
          <w:rFonts w:eastAsia="Arial" w:cs="Times New Roman"/>
          <w:color w:val="1F2937"/>
          <w:szCs w:val="24"/>
        </w:rPr>
        <w:t>ng/ch</w:t>
      </w:r>
      <w:r w:rsidRPr="001C6EC0">
        <w:rPr>
          <w:rFonts w:eastAsia="Arial" w:cs="Times New Roman"/>
          <w:color w:val="1F2937"/>
          <w:szCs w:val="24"/>
        </w:rPr>
        <w:t>ứ</w:t>
      </w:r>
      <w:r w:rsidRPr="001C6EC0">
        <w:rPr>
          <w:rFonts w:eastAsia="Arial" w:cs="Times New Roman"/>
          <w:color w:val="1F2937"/>
          <w:szCs w:val="24"/>
        </w:rPr>
        <w:t>ng ch</w:t>
      </w:r>
      <w:r w:rsidRPr="001C6EC0">
        <w:rPr>
          <w:rFonts w:eastAsia="Arial" w:cs="Times New Roman"/>
          <w:color w:val="1F2937"/>
          <w:szCs w:val="24"/>
        </w:rPr>
        <w:t>ỉ</w:t>
      </w:r>
      <w:r w:rsidRPr="001C6EC0">
        <w:rPr>
          <w:rFonts w:eastAsia="Arial" w:cs="Times New Roman"/>
          <w:color w:val="1F2937"/>
          <w:szCs w:val="24"/>
        </w:rPr>
        <w:t xml:space="preserve"> ngo</w:t>
      </w:r>
      <w:r w:rsidRPr="001C6EC0">
        <w:rPr>
          <w:rFonts w:eastAsia="Arial" w:cs="Times New Roman"/>
          <w:color w:val="1F2937"/>
          <w:szCs w:val="24"/>
        </w:rPr>
        <w:t>ạ</w:t>
      </w:r>
      <w:r w:rsidRPr="001C6EC0">
        <w:rPr>
          <w:rFonts w:eastAsia="Arial" w:cs="Times New Roman"/>
          <w:color w:val="1F2937"/>
          <w:szCs w:val="24"/>
        </w:rPr>
        <w:t>i ng</w:t>
      </w:r>
      <w:r w:rsidRPr="001C6EC0">
        <w:rPr>
          <w:rFonts w:eastAsia="Arial" w:cs="Times New Roman"/>
          <w:color w:val="1F2937"/>
          <w:szCs w:val="24"/>
        </w:rPr>
        <w:t>ữ</w:t>
      </w:r>
      <w:r w:rsidRPr="001C6EC0">
        <w:rPr>
          <w:rFonts w:eastAsia="Arial" w:cs="Times New Roman"/>
          <w:color w:val="1F2937"/>
          <w:szCs w:val="24"/>
        </w:rPr>
        <w:t xml:space="preserve"> đ</w:t>
      </w:r>
      <w:r w:rsidRPr="001C6EC0">
        <w:rPr>
          <w:rFonts w:eastAsia="Arial" w:cs="Times New Roman"/>
          <w:color w:val="1F2937"/>
          <w:szCs w:val="24"/>
        </w:rPr>
        <w:t>ể</w:t>
      </w:r>
      <w:r w:rsidRPr="001C6EC0">
        <w:rPr>
          <w:rFonts w:eastAsia="Arial" w:cs="Times New Roman"/>
          <w:color w:val="1F2937"/>
          <w:szCs w:val="24"/>
        </w:rPr>
        <w:t xml:space="preserve"> đáp </w:t>
      </w:r>
      <w:r w:rsidRPr="001C6EC0">
        <w:rPr>
          <w:rFonts w:eastAsia="Arial" w:cs="Times New Roman"/>
          <w:color w:val="1F2937"/>
          <w:szCs w:val="24"/>
        </w:rPr>
        <w:t>ứ</w:t>
      </w:r>
      <w:r w:rsidRPr="001C6EC0">
        <w:rPr>
          <w:rFonts w:eastAsia="Arial" w:cs="Times New Roman"/>
          <w:color w:val="1F2937"/>
          <w:szCs w:val="24"/>
        </w:rPr>
        <w:t>ng đi</w:t>
      </w:r>
      <w:r w:rsidRPr="001C6EC0">
        <w:rPr>
          <w:rFonts w:eastAsia="Arial" w:cs="Times New Roman"/>
          <w:color w:val="1F2937"/>
          <w:szCs w:val="24"/>
        </w:rPr>
        <w:t>ề</w:t>
      </w:r>
      <w:r w:rsidRPr="001C6EC0">
        <w:rPr>
          <w:rFonts w:eastAsia="Arial" w:cs="Times New Roman"/>
          <w:color w:val="1F2937"/>
          <w:szCs w:val="24"/>
        </w:rPr>
        <w:t>u ki</w:t>
      </w:r>
      <w:r w:rsidRPr="001C6EC0">
        <w:rPr>
          <w:rFonts w:eastAsia="Arial" w:cs="Times New Roman"/>
          <w:color w:val="1F2937"/>
          <w:szCs w:val="24"/>
        </w:rPr>
        <w:t>ệ</w:t>
      </w:r>
      <w:r w:rsidRPr="001C6EC0">
        <w:rPr>
          <w:rFonts w:eastAsia="Arial" w:cs="Times New Roman"/>
          <w:color w:val="1F2937"/>
          <w:szCs w:val="24"/>
        </w:rPr>
        <w:t>n ngo</w:t>
      </w:r>
      <w:r w:rsidRPr="001C6EC0">
        <w:rPr>
          <w:rFonts w:eastAsia="Arial" w:cs="Times New Roman"/>
          <w:color w:val="1F2937"/>
          <w:szCs w:val="24"/>
        </w:rPr>
        <w:t>ạ</w:t>
      </w:r>
      <w:r w:rsidRPr="001C6EC0">
        <w:rPr>
          <w:rFonts w:eastAsia="Arial" w:cs="Times New Roman"/>
          <w:color w:val="1F2937"/>
          <w:szCs w:val="24"/>
        </w:rPr>
        <w:t>i ng</w:t>
      </w:r>
      <w:r w:rsidRPr="001C6EC0">
        <w:rPr>
          <w:rFonts w:eastAsia="Arial" w:cs="Times New Roman"/>
          <w:color w:val="1F2937"/>
          <w:szCs w:val="24"/>
        </w:rPr>
        <w:t>ữ</w:t>
      </w:r>
      <w:r w:rsidRPr="001C6EC0">
        <w:rPr>
          <w:rFonts w:eastAsia="Arial" w:cs="Times New Roman"/>
          <w:color w:val="1F2937"/>
          <w:szCs w:val="24"/>
        </w:rPr>
        <w:t xml:space="preserve"> theo thông báo tuy</w:t>
      </w:r>
      <w:r w:rsidRPr="001C6EC0">
        <w:rPr>
          <w:rFonts w:eastAsia="Arial" w:cs="Times New Roman"/>
          <w:color w:val="1F2937"/>
          <w:szCs w:val="24"/>
        </w:rPr>
        <w:t>ể</w:t>
      </w:r>
      <w:r w:rsidRPr="001C6EC0">
        <w:rPr>
          <w:rFonts w:eastAsia="Arial" w:cs="Times New Roman"/>
          <w:color w:val="1F2937"/>
          <w:szCs w:val="24"/>
        </w:rPr>
        <w:t>n sinh.</w:t>
      </w:r>
    </w:p>
    <w:p w14:paraId="546F7303" w14:textId="3E5D690D" w:rsidR="005670E3" w:rsidRPr="001C6EC0" w:rsidRDefault="00173E19" w:rsidP="001C6EC0">
      <w:pPr>
        <w:pStyle w:val="ListParagraph"/>
        <w:numPr>
          <w:ilvl w:val="0"/>
          <w:numId w:val="10"/>
        </w:numPr>
        <w:spacing w:after="40"/>
        <w:jc w:val="both"/>
        <w:rPr>
          <w:rFonts w:cs="Times New Roman"/>
          <w:szCs w:val="24"/>
        </w:rPr>
      </w:pPr>
      <w:proofErr w:type="spellStart"/>
      <w:r w:rsidRPr="001C6EC0">
        <w:rPr>
          <w:rFonts w:eastAsia="Arial" w:cs="Times New Roman"/>
          <w:color w:val="1F2937"/>
          <w:szCs w:val="24"/>
        </w:rPr>
        <w:t>Văn</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b</w:t>
      </w:r>
      <w:r w:rsidRPr="001C6EC0">
        <w:rPr>
          <w:rFonts w:eastAsia="Arial" w:cs="Times New Roman"/>
          <w:color w:val="1F2937"/>
          <w:szCs w:val="24"/>
        </w:rPr>
        <w:t>ằ</w:t>
      </w:r>
      <w:r w:rsidRPr="001C6EC0">
        <w:rPr>
          <w:rFonts w:eastAsia="Arial" w:cs="Times New Roman"/>
          <w:color w:val="1F2937"/>
          <w:szCs w:val="24"/>
        </w:rPr>
        <w:t>ng</w:t>
      </w:r>
      <w:proofErr w:type="spellEnd"/>
      <w:r w:rsidRPr="001C6EC0">
        <w:rPr>
          <w:rFonts w:eastAsia="Arial" w:cs="Times New Roman"/>
          <w:color w:val="1F2937"/>
          <w:szCs w:val="24"/>
        </w:rPr>
        <w:t>/</w:t>
      </w:r>
      <w:proofErr w:type="spellStart"/>
      <w:r w:rsidRPr="001C6EC0">
        <w:rPr>
          <w:rFonts w:eastAsia="Arial" w:cs="Times New Roman"/>
          <w:color w:val="1F2937"/>
          <w:szCs w:val="24"/>
        </w:rPr>
        <w:t>ch</w:t>
      </w:r>
      <w:r w:rsidRPr="001C6EC0">
        <w:rPr>
          <w:rFonts w:eastAsia="Arial" w:cs="Times New Roman"/>
          <w:color w:val="1F2937"/>
          <w:szCs w:val="24"/>
        </w:rPr>
        <w:t>ứ</w:t>
      </w:r>
      <w:r w:rsidRPr="001C6EC0">
        <w:rPr>
          <w:rFonts w:eastAsia="Arial" w:cs="Times New Roman"/>
          <w:color w:val="1F2937"/>
          <w:szCs w:val="24"/>
        </w:rPr>
        <w:t>ng</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ch</w:t>
      </w:r>
      <w:r w:rsidRPr="001C6EC0">
        <w:rPr>
          <w:rFonts w:eastAsia="Arial" w:cs="Times New Roman"/>
          <w:color w:val="1F2937"/>
          <w:szCs w:val="24"/>
        </w:rPr>
        <w:t>ỉ</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ph</w:t>
      </w:r>
      <w:r w:rsidRPr="001C6EC0">
        <w:rPr>
          <w:rFonts w:eastAsia="Arial" w:cs="Times New Roman"/>
          <w:color w:val="1F2937"/>
          <w:szCs w:val="24"/>
        </w:rPr>
        <w:t>ả</w:t>
      </w:r>
      <w:r w:rsidRPr="001C6EC0">
        <w:rPr>
          <w:rFonts w:eastAsia="Arial" w:cs="Times New Roman"/>
          <w:color w:val="1F2937"/>
          <w:szCs w:val="24"/>
        </w:rPr>
        <w:t>i</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còn</w:t>
      </w:r>
      <w:proofErr w:type="spellEnd"/>
      <w:r w:rsidRPr="001C6EC0">
        <w:rPr>
          <w:rFonts w:eastAsia="Arial" w:cs="Times New Roman"/>
          <w:color w:val="1F2937"/>
          <w:szCs w:val="24"/>
        </w:rPr>
        <w:t xml:space="preserve"> giá tr</w:t>
      </w:r>
      <w:r w:rsidRPr="001C6EC0">
        <w:rPr>
          <w:rFonts w:eastAsia="Arial" w:cs="Times New Roman"/>
          <w:color w:val="1F2937"/>
          <w:szCs w:val="24"/>
        </w:rPr>
        <w:t>ị</w:t>
      </w:r>
      <w:r w:rsidRPr="001C6EC0">
        <w:rPr>
          <w:rFonts w:eastAsia="Arial" w:cs="Times New Roman"/>
          <w:color w:val="1F2937"/>
          <w:szCs w:val="24"/>
        </w:rPr>
        <w:t xml:space="preserve"> s</w:t>
      </w:r>
      <w:r w:rsidRPr="001C6EC0">
        <w:rPr>
          <w:rFonts w:eastAsia="Arial" w:cs="Times New Roman"/>
          <w:color w:val="1F2937"/>
          <w:szCs w:val="24"/>
        </w:rPr>
        <w:t>ử</w:t>
      </w:r>
      <w:r w:rsidRPr="001C6EC0">
        <w:rPr>
          <w:rFonts w:eastAsia="Arial" w:cs="Times New Roman"/>
          <w:color w:val="1F2937"/>
          <w:szCs w:val="24"/>
        </w:rPr>
        <w:t xml:space="preserve"> d</w:t>
      </w:r>
      <w:r w:rsidRPr="001C6EC0">
        <w:rPr>
          <w:rFonts w:eastAsia="Arial" w:cs="Times New Roman"/>
          <w:color w:val="1F2937"/>
          <w:szCs w:val="24"/>
        </w:rPr>
        <w:t>ụ</w:t>
      </w:r>
      <w:r w:rsidRPr="001C6EC0">
        <w:rPr>
          <w:rFonts w:eastAsia="Arial" w:cs="Times New Roman"/>
          <w:color w:val="1F2937"/>
          <w:szCs w:val="24"/>
        </w:rPr>
        <w:t>ng t</w:t>
      </w:r>
      <w:r w:rsidRPr="001C6EC0">
        <w:rPr>
          <w:rFonts w:eastAsia="Arial" w:cs="Times New Roman"/>
          <w:color w:val="1F2937"/>
          <w:szCs w:val="24"/>
        </w:rPr>
        <w:t>ạ</w:t>
      </w:r>
      <w:r w:rsidRPr="001C6EC0">
        <w:rPr>
          <w:rFonts w:eastAsia="Arial" w:cs="Times New Roman"/>
          <w:color w:val="1F2937"/>
          <w:szCs w:val="24"/>
        </w:rPr>
        <w:t>i th</w:t>
      </w:r>
      <w:r w:rsidRPr="001C6EC0">
        <w:rPr>
          <w:rFonts w:eastAsia="Arial" w:cs="Times New Roman"/>
          <w:color w:val="1F2937"/>
          <w:szCs w:val="24"/>
        </w:rPr>
        <w:t>ờ</w:t>
      </w:r>
      <w:r w:rsidRPr="001C6EC0">
        <w:rPr>
          <w:rFonts w:eastAsia="Arial" w:cs="Times New Roman"/>
          <w:color w:val="1F2937"/>
          <w:szCs w:val="24"/>
        </w:rPr>
        <w:t>i đi</w:t>
      </w:r>
      <w:r w:rsidRPr="001C6EC0">
        <w:rPr>
          <w:rFonts w:eastAsia="Arial" w:cs="Times New Roman"/>
          <w:color w:val="1F2937"/>
          <w:szCs w:val="24"/>
        </w:rPr>
        <w:t>ể</w:t>
      </w:r>
      <w:r w:rsidRPr="001C6EC0">
        <w:rPr>
          <w:rFonts w:eastAsia="Arial" w:cs="Times New Roman"/>
          <w:color w:val="1F2937"/>
          <w:szCs w:val="24"/>
        </w:rPr>
        <w:t>m n</w:t>
      </w:r>
      <w:r w:rsidRPr="001C6EC0">
        <w:rPr>
          <w:rFonts w:eastAsia="Arial" w:cs="Times New Roman"/>
          <w:color w:val="1F2937"/>
          <w:szCs w:val="24"/>
        </w:rPr>
        <w:t>ộ</w:t>
      </w:r>
      <w:r w:rsidRPr="001C6EC0">
        <w:rPr>
          <w:rFonts w:eastAsia="Arial" w:cs="Times New Roman"/>
          <w:color w:val="1F2937"/>
          <w:szCs w:val="24"/>
        </w:rPr>
        <w:t>p h</w:t>
      </w:r>
      <w:r w:rsidRPr="001C6EC0">
        <w:rPr>
          <w:rFonts w:eastAsia="Arial" w:cs="Times New Roman"/>
          <w:color w:val="1F2937"/>
          <w:szCs w:val="24"/>
        </w:rPr>
        <w:t>ồ</w:t>
      </w:r>
      <w:r w:rsidRPr="001C6EC0">
        <w:rPr>
          <w:rFonts w:eastAsia="Arial" w:cs="Times New Roman"/>
          <w:color w:val="1F2937"/>
          <w:szCs w:val="24"/>
        </w:rPr>
        <w:t xml:space="preserve"> sơ và do cơ quan, t</w:t>
      </w:r>
      <w:r w:rsidRPr="001C6EC0">
        <w:rPr>
          <w:rFonts w:eastAsia="Arial" w:cs="Times New Roman"/>
          <w:color w:val="1F2937"/>
          <w:szCs w:val="24"/>
        </w:rPr>
        <w:t>ổ</w:t>
      </w:r>
      <w:r w:rsidRPr="001C6EC0">
        <w:rPr>
          <w:rFonts w:eastAsia="Arial" w:cs="Times New Roman"/>
          <w:color w:val="1F2937"/>
          <w:szCs w:val="24"/>
        </w:rPr>
        <w:t xml:space="preserve"> ch</w:t>
      </w:r>
      <w:r w:rsidRPr="001C6EC0">
        <w:rPr>
          <w:rFonts w:eastAsia="Arial" w:cs="Times New Roman"/>
          <w:color w:val="1F2937"/>
          <w:szCs w:val="24"/>
        </w:rPr>
        <w:t>ứ</w:t>
      </w:r>
      <w:r w:rsidRPr="001C6EC0">
        <w:rPr>
          <w:rFonts w:eastAsia="Arial" w:cs="Times New Roman"/>
          <w:color w:val="1F2937"/>
          <w:szCs w:val="24"/>
        </w:rPr>
        <w:t>c có th</w:t>
      </w:r>
      <w:r w:rsidRPr="001C6EC0">
        <w:rPr>
          <w:rFonts w:eastAsia="Arial" w:cs="Times New Roman"/>
          <w:color w:val="1F2937"/>
          <w:szCs w:val="24"/>
        </w:rPr>
        <w:t>ẩ</w:t>
      </w:r>
      <w:r w:rsidRPr="001C6EC0">
        <w:rPr>
          <w:rFonts w:eastAsia="Arial" w:cs="Times New Roman"/>
          <w:color w:val="1F2937"/>
          <w:szCs w:val="24"/>
        </w:rPr>
        <w:t>m quy</w:t>
      </w:r>
      <w:r w:rsidRPr="001C6EC0">
        <w:rPr>
          <w:rFonts w:eastAsia="Arial" w:cs="Times New Roman"/>
          <w:color w:val="1F2937"/>
          <w:szCs w:val="24"/>
        </w:rPr>
        <w:t>ề</w:t>
      </w:r>
      <w:r w:rsidRPr="001C6EC0">
        <w:rPr>
          <w:rFonts w:eastAsia="Arial" w:cs="Times New Roman"/>
          <w:color w:val="1F2937"/>
          <w:szCs w:val="24"/>
        </w:rPr>
        <w:t>n c</w:t>
      </w:r>
      <w:r w:rsidRPr="001C6EC0">
        <w:rPr>
          <w:rFonts w:eastAsia="Arial" w:cs="Times New Roman"/>
          <w:color w:val="1F2937"/>
          <w:szCs w:val="24"/>
        </w:rPr>
        <w:t>ấ</w:t>
      </w:r>
      <w:r w:rsidRPr="001C6EC0">
        <w:rPr>
          <w:rFonts w:eastAsia="Arial" w:cs="Times New Roman"/>
          <w:color w:val="1F2937"/>
          <w:szCs w:val="24"/>
        </w:rPr>
        <w:t>p.</w:t>
      </w:r>
    </w:p>
    <w:p w14:paraId="529C2FE0" w14:textId="61F3CAAB" w:rsidR="005670E3" w:rsidRPr="001C6EC0" w:rsidRDefault="00173E19" w:rsidP="001C6EC0">
      <w:pPr>
        <w:pStyle w:val="ListParagraph"/>
        <w:numPr>
          <w:ilvl w:val="0"/>
          <w:numId w:val="10"/>
        </w:numPr>
        <w:spacing w:after="40"/>
        <w:jc w:val="both"/>
        <w:rPr>
          <w:rFonts w:cs="Times New Roman"/>
          <w:szCs w:val="24"/>
        </w:rPr>
      </w:pPr>
      <w:proofErr w:type="spellStart"/>
      <w:r w:rsidRPr="001C6EC0">
        <w:rPr>
          <w:rFonts w:eastAsia="Arial" w:cs="Times New Roman"/>
          <w:color w:val="1F2937"/>
          <w:szCs w:val="24"/>
        </w:rPr>
        <w:t>Chu</w:t>
      </w:r>
      <w:r w:rsidRPr="001C6EC0">
        <w:rPr>
          <w:rFonts w:eastAsia="Arial" w:cs="Times New Roman"/>
          <w:color w:val="1F2937"/>
          <w:szCs w:val="24"/>
        </w:rPr>
        <w:t>ẩ</w:t>
      </w:r>
      <w:r w:rsidRPr="001C6EC0">
        <w:rPr>
          <w:rFonts w:eastAsia="Arial" w:cs="Times New Roman"/>
          <w:color w:val="1F2937"/>
          <w:szCs w:val="24"/>
        </w:rPr>
        <w:t>n</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b</w:t>
      </w:r>
      <w:r w:rsidRPr="001C6EC0">
        <w:rPr>
          <w:rFonts w:eastAsia="Arial" w:cs="Times New Roman"/>
          <w:color w:val="1F2937"/>
          <w:szCs w:val="24"/>
        </w:rPr>
        <w:t>ị</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b</w:t>
      </w:r>
      <w:r w:rsidRPr="001C6EC0">
        <w:rPr>
          <w:rFonts w:eastAsia="Arial" w:cs="Times New Roman"/>
          <w:color w:val="1F2937"/>
          <w:szCs w:val="24"/>
        </w:rPr>
        <w:t>ả</w:t>
      </w:r>
      <w:r w:rsidRPr="001C6EC0">
        <w:rPr>
          <w:rFonts w:eastAsia="Arial" w:cs="Times New Roman"/>
          <w:color w:val="1F2937"/>
          <w:szCs w:val="24"/>
        </w:rPr>
        <w:t>n</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ch</w:t>
      </w:r>
      <w:r w:rsidRPr="001C6EC0">
        <w:rPr>
          <w:rFonts w:eastAsia="Arial" w:cs="Times New Roman"/>
          <w:color w:val="1F2937"/>
          <w:szCs w:val="24"/>
        </w:rPr>
        <w:t>ụ</w:t>
      </w:r>
      <w:r w:rsidRPr="001C6EC0">
        <w:rPr>
          <w:rFonts w:eastAsia="Arial" w:cs="Times New Roman"/>
          <w:color w:val="1F2937"/>
          <w:szCs w:val="24"/>
        </w:rPr>
        <w:t>p</w:t>
      </w:r>
      <w:proofErr w:type="spellEnd"/>
      <w:r w:rsidRPr="001C6EC0">
        <w:rPr>
          <w:rFonts w:eastAsia="Arial" w:cs="Times New Roman"/>
          <w:color w:val="1F2937"/>
          <w:szCs w:val="24"/>
        </w:rPr>
        <w:t xml:space="preserve"> rõ nét văn b</w:t>
      </w:r>
      <w:r w:rsidRPr="001C6EC0">
        <w:rPr>
          <w:rFonts w:eastAsia="Arial" w:cs="Times New Roman"/>
          <w:color w:val="1F2937"/>
          <w:szCs w:val="24"/>
        </w:rPr>
        <w:t>ằ</w:t>
      </w:r>
      <w:r w:rsidRPr="001C6EC0">
        <w:rPr>
          <w:rFonts w:eastAsia="Arial" w:cs="Times New Roman"/>
          <w:color w:val="1F2937"/>
          <w:szCs w:val="24"/>
        </w:rPr>
        <w:t>ng/ch</w:t>
      </w:r>
      <w:r w:rsidRPr="001C6EC0">
        <w:rPr>
          <w:rFonts w:eastAsia="Arial" w:cs="Times New Roman"/>
          <w:color w:val="1F2937"/>
          <w:szCs w:val="24"/>
        </w:rPr>
        <w:t>ứ</w:t>
      </w:r>
      <w:r w:rsidRPr="001C6EC0">
        <w:rPr>
          <w:rFonts w:eastAsia="Arial" w:cs="Times New Roman"/>
          <w:color w:val="1F2937"/>
          <w:szCs w:val="24"/>
        </w:rPr>
        <w:t>ng ch</w:t>
      </w:r>
      <w:r w:rsidRPr="001C6EC0">
        <w:rPr>
          <w:rFonts w:eastAsia="Arial" w:cs="Times New Roman"/>
          <w:color w:val="1F2937"/>
          <w:szCs w:val="24"/>
        </w:rPr>
        <w:t>ỉ</w:t>
      </w:r>
      <w:r w:rsidRPr="001C6EC0">
        <w:rPr>
          <w:rFonts w:eastAsia="Arial" w:cs="Times New Roman"/>
          <w:color w:val="1F2937"/>
          <w:szCs w:val="24"/>
        </w:rPr>
        <w:t xml:space="preserve">, </w:t>
      </w:r>
      <w:r w:rsidRPr="001C6EC0">
        <w:rPr>
          <w:rFonts w:eastAsia="Arial" w:cs="Times New Roman"/>
          <w:color w:val="1F2937"/>
          <w:szCs w:val="24"/>
        </w:rPr>
        <w:t>ả</w:t>
      </w:r>
      <w:r w:rsidRPr="001C6EC0">
        <w:rPr>
          <w:rFonts w:eastAsia="Arial" w:cs="Times New Roman"/>
          <w:color w:val="1F2937"/>
          <w:szCs w:val="24"/>
        </w:rPr>
        <w:t>nh th</w:t>
      </w:r>
      <w:r w:rsidRPr="001C6EC0">
        <w:rPr>
          <w:rFonts w:eastAsia="Arial" w:cs="Times New Roman"/>
          <w:color w:val="1F2937"/>
          <w:szCs w:val="24"/>
        </w:rPr>
        <w:t>ẻ</w:t>
      </w:r>
      <w:r w:rsidRPr="001C6EC0">
        <w:rPr>
          <w:rFonts w:eastAsia="Arial" w:cs="Times New Roman"/>
          <w:color w:val="1F2937"/>
          <w:szCs w:val="24"/>
        </w:rPr>
        <w:t xml:space="preserve"> 3x4, thông tin ho</w:t>
      </w:r>
      <w:r w:rsidRPr="001C6EC0">
        <w:rPr>
          <w:rFonts w:eastAsia="Arial" w:cs="Times New Roman"/>
          <w:color w:val="1F2937"/>
          <w:szCs w:val="24"/>
        </w:rPr>
        <w:t>ặ</w:t>
      </w:r>
      <w:r w:rsidRPr="001C6EC0">
        <w:rPr>
          <w:rFonts w:eastAsia="Arial" w:cs="Times New Roman"/>
          <w:color w:val="1F2937"/>
          <w:szCs w:val="24"/>
        </w:rPr>
        <w:t>c đư</w:t>
      </w:r>
      <w:r w:rsidRPr="001C6EC0">
        <w:rPr>
          <w:rFonts w:eastAsia="Arial" w:cs="Times New Roman"/>
          <w:color w:val="1F2937"/>
          <w:szCs w:val="24"/>
        </w:rPr>
        <w:t>ờ</w:t>
      </w:r>
      <w:r w:rsidRPr="001C6EC0">
        <w:rPr>
          <w:rFonts w:eastAsia="Arial" w:cs="Times New Roman"/>
          <w:color w:val="1F2937"/>
          <w:szCs w:val="24"/>
        </w:rPr>
        <w:t>ng d</w:t>
      </w:r>
      <w:r w:rsidRPr="001C6EC0">
        <w:rPr>
          <w:rFonts w:eastAsia="Arial" w:cs="Times New Roman"/>
          <w:color w:val="1F2937"/>
          <w:szCs w:val="24"/>
        </w:rPr>
        <w:t>ẫ</w:t>
      </w:r>
      <w:r w:rsidRPr="001C6EC0">
        <w:rPr>
          <w:rFonts w:eastAsia="Arial" w:cs="Times New Roman"/>
          <w:color w:val="1F2937"/>
          <w:szCs w:val="24"/>
        </w:rPr>
        <w:t>n tra c</w:t>
      </w:r>
      <w:r w:rsidRPr="001C6EC0">
        <w:rPr>
          <w:rFonts w:eastAsia="Arial" w:cs="Times New Roman"/>
          <w:color w:val="1F2937"/>
          <w:szCs w:val="24"/>
        </w:rPr>
        <w:t>ứ</w:t>
      </w:r>
      <w:r w:rsidRPr="001C6EC0">
        <w:rPr>
          <w:rFonts w:eastAsia="Arial" w:cs="Times New Roman"/>
          <w:color w:val="1F2937"/>
          <w:szCs w:val="24"/>
        </w:rPr>
        <w:t>u ch</w:t>
      </w:r>
      <w:r w:rsidRPr="001C6EC0">
        <w:rPr>
          <w:rFonts w:eastAsia="Arial" w:cs="Times New Roman"/>
          <w:color w:val="1F2937"/>
          <w:szCs w:val="24"/>
        </w:rPr>
        <w:t>ứ</w:t>
      </w:r>
      <w:r w:rsidRPr="001C6EC0">
        <w:rPr>
          <w:rFonts w:eastAsia="Arial" w:cs="Times New Roman"/>
          <w:color w:val="1F2937"/>
          <w:szCs w:val="24"/>
        </w:rPr>
        <w:t>ng ch</w:t>
      </w:r>
      <w:r w:rsidRPr="001C6EC0">
        <w:rPr>
          <w:rFonts w:eastAsia="Arial" w:cs="Times New Roman"/>
          <w:color w:val="1F2937"/>
          <w:szCs w:val="24"/>
        </w:rPr>
        <w:t>ỉ</w:t>
      </w:r>
      <w:r w:rsidRPr="001C6EC0">
        <w:rPr>
          <w:rFonts w:eastAsia="Arial" w:cs="Times New Roman"/>
          <w:color w:val="1F2937"/>
          <w:szCs w:val="24"/>
        </w:rPr>
        <w:t xml:space="preserve"> (n</w:t>
      </w:r>
      <w:r w:rsidRPr="001C6EC0">
        <w:rPr>
          <w:rFonts w:eastAsia="Arial" w:cs="Times New Roman"/>
          <w:color w:val="1F2937"/>
          <w:szCs w:val="24"/>
        </w:rPr>
        <w:t>ế</w:t>
      </w:r>
      <w:r w:rsidRPr="001C6EC0">
        <w:rPr>
          <w:rFonts w:eastAsia="Arial" w:cs="Times New Roman"/>
          <w:color w:val="1F2937"/>
          <w:szCs w:val="24"/>
        </w:rPr>
        <w:t>u có).</w:t>
      </w:r>
    </w:p>
    <w:p w14:paraId="4CE592E5" w14:textId="29B1E2C5" w:rsidR="005670E3" w:rsidRPr="001C6EC0" w:rsidRDefault="00173E19" w:rsidP="001C6EC0">
      <w:pPr>
        <w:pStyle w:val="ListParagraph"/>
        <w:numPr>
          <w:ilvl w:val="0"/>
          <w:numId w:val="10"/>
        </w:numPr>
        <w:spacing w:after="40"/>
        <w:jc w:val="both"/>
        <w:rPr>
          <w:rFonts w:cs="Times New Roman"/>
          <w:szCs w:val="24"/>
        </w:rPr>
      </w:pPr>
      <w:proofErr w:type="spellStart"/>
      <w:r w:rsidRPr="001C6EC0">
        <w:rPr>
          <w:rFonts w:eastAsia="Arial" w:cs="Times New Roman"/>
          <w:color w:val="1F2937"/>
          <w:szCs w:val="24"/>
        </w:rPr>
        <w:t>Thí</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sinh</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ch</w:t>
      </w:r>
      <w:r w:rsidRPr="001C6EC0">
        <w:rPr>
          <w:rFonts w:eastAsia="Arial" w:cs="Times New Roman"/>
          <w:color w:val="1F2937"/>
          <w:szCs w:val="24"/>
        </w:rPr>
        <w:t>ị</w:t>
      </w:r>
      <w:r w:rsidRPr="001C6EC0">
        <w:rPr>
          <w:rFonts w:eastAsia="Arial" w:cs="Times New Roman"/>
          <w:color w:val="1F2937"/>
          <w:szCs w:val="24"/>
        </w:rPr>
        <w:t>u</w:t>
      </w:r>
      <w:proofErr w:type="spellEnd"/>
      <w:r w:rsidRPr="001C6EC0">
        <w:rPr>
          <w:rFonts w:eastAsia="Arial" w:cs="Times New Roman"/>
          <w:color w:val="1F2937"/>
          <w:szCs w:val="24"/>
        </w:rPr>
        <w:t xml:space="preserve"> </w:t>
      </w:r>
      <w:proofErr w:type="spellStart"/>
      <w:r w:rsidRPr="001C6EC0">
        <w:rPr>
          <w:rFonts w:eastAsia="Arial" w:cs="Times New Roman"/>
          <w:color w:val="1F2937"/>
          <w:szCs w:val="24"/>
        </w:rPr>
        <w:t>trách</w:t>
      </w:r>
      <w:proofErr w:type="spellEnd"/>
      <w:r w:rsidRPr="001C6EC0">
        <w:rPr>
          <w:rFonts w:eastAsia="Arial" w:cs="Times New Roman"/>
          <w:color w:val="1F2937"/>
          <w:szCs w:val="24"/>
        </w:rPr>
        <w:t xml:space="preserve"> nhi</w:t>
      </w:r>
      <w:r w:rsidRPr="001C6EC0">
        <w:rPr>
          <w:rFonts w:eastAsia="Arial" w:cs="Times New Roman"/>
          <w:color w:val="1F2937"/>
          <w:szCs w:val="24"/>
        </w:rPr>
        <w:t>ệ</w:t>
      </w:r>
      <w:r w:rsidRPr="001C6EC0">
        <w:rPr>
          <w:rFonts w:eastAsia="Arial" w:cs="Times New Roman"/>
          <w:color w:val="1F2937"/>
          <w:szCs w:val="24"/>
        </w:rPr>
        <w:t>m v</w:t>
      </w:r>
      <w:r w:rsidRPr="001C6EC0">
        <w:rPr>
          <w:rFonts w:eastAsia="Arial" w:cs="Times New Roman"/>
          <w:color w:val="1F2937"/>
          <w:szCs w:val="24"/>
        </w:rPr>
        <w:t>ề</w:t>
      </w:r>
      <w:r w:rsidRPr="001C6EC0">
        <w:rPr>
          <w:rFonts w:eastAsia="Arial" w:cs="Times New Roman"/>
          <w:color w:val="1F2937"/>
          <w:szCs w:val="24"/>
        </w:rPr>
        <w:t xml:space="preserve"> tính chính xác, trung th</w:t>
      </w:r>
      <w:r w:rsidRPr="001C6EC0">
        <w:rPr>
          <w:rFonts w:eastAsia="Arial" w:cs="Times New Roman"/>
          <w:color w:val="1F2937"/>
          <w:szCs w:val="24"/>
        </w:rPr>
        <w:t>ự</w:t>
      </w:r>
      <w:r w:rsidRPr="001C6EC0">
        <w:rPr>
          <w:rFonts w:eastAsia="Arial" w:cs="Times New Roman"/>
          <w:color w:val="1F2937"/>
          <w:szCs w:val="24"/>
        </w:rPr>
        <w:t>c và h</w:t>
      </w:r>
      <w:r w:rsidRPr="001C6EC0">
        <w:rPr>
          <w:rFonts w:eastAsia="Arial" w:cs="Times New Roman"/>
          <w:color w:val="1F2937"/>
          <w:szCs w:val="24"/>
        </w:rPr>
        <w:t>ợ</w:t>
      </w:r>
      <w:r w:rsidRPr="001C6EC0">
        <w:rPr>
          <w:rFonts w:eastAsia="Arial" w:cs="Times New Roman"/>
          <w:color w:val="1F2937"/>
          <w:szCs w:val="24"/>
        </w:rPr>
        <w:t>p pháp c</w:t>
      </w:r>
      <w:r w:rsidRPr="001C6EC0">
        <w:rPr>
          <w:rFonts w:eastAsia="Arial" w:cs="Times New Roman"/>
          <w:color w:val="1F2937"/>
          <w:szCs w:val="24"/>
        </w:rPr>
        <w:t>ủ</w:t>
      </w:r>
      <w:r w:rsidRPr="001C6EC0">
        <w:rPr>
          <w:rFonts w:eastAsia="Arial" w:cs="Times New Roman"/>
          <w:color w:val="1F2937"/>
          <w:szCs w:val="24"/>
        </w:rPr>
        <w:t>a h</w:t>
      </w:r>
      <w:r w:rsidRPr="001C6EC0">
        <w:rPr>
          <w:rFonts w:eastAsia="Arial" w:cs="Times New Roman"/>
          <w:color w:val="1F2937"/>
          <w:szCs w:val="24"/>
        </w:rPr>
        <w:t>ồ</w:t>
      </w:r>
      <w:r w:rsidRPr="001C6EC0">
        <w:rPr>
          <w:rFonts w:eastAsia="Arial" w:cs="Times New Roman"/>
          <w:color w:val="1F2937"/>
          <w:szCs w:val="24"/>
        </w:rPr>
        <w:t xml:space="preserve"> sơ đã kê khai.</w:t>
      </w:r>
    </w:p>
    <w:tbl>
      <w:tblPr>
        <w:tblW w:w="0" w:type="auto"/>
        <w:jc w:val="center"/>
        <w:tblLayout w:type="fixed"/>
        <w:tblLook w:val="04A0" w:firstRow="1" w:lastRow="0" w:firstColumn="1" w:lastColumn="0" w:noHBand="0" w:noVBand="1"/>
      </w:tblPr>
      <w:tblGrid>
        <w:gridCol w:w="2694"/>
        <w:gridCol w:w="7788"/>
      </w:tblGrid>
      <w:tr w:rsidR="005670E3" w14:paraId="4ADF22A3" w14:textId="77777777" w:rsidTr="00752F60">
        <w:trPr>
          <w:jc w:val="center"/>
        </w:trPr>
        <w:tc>
          <w:tcPr>
            <w:tcW w:w="2694" w:type="dxa"/>
            <w:tcBorders>
              <w:top w:val="nil"/>
              <w:left w:val="nil"/>
              <w:bottom w:val="nil"/>
              <w:right w:val="nil"/>
            </w:tcBorders>
            <w:shd w:val="clear" w:color="auto" w:fill="D89A16"/>
          </w:tcPr>
          <w:p w14:paraId="1E4131F6" w14:textId="77777777" w:rsidR="005670E3" w:rsidRDefault="00173E19" w:rsidP="001C6EC0">
            <w:pPr>
              <w:spacing w:before="120"/>
              <w:jc w:val="center"/>
            </w:pPr>
            <w:r>
              <w:rPr>
                <w:rFonts w:ascii="Arial" w:eastAsia="Arial" w:hAnsi="Arial"/>
                <w:b/>
                <w:color w:val="FFFFFF"/>
                <w:sz w:val="40"/>
              </w:rPr>
              <w:t>!</w:t>
            </w:r>
          </w:p>
        </w:tc>
        <w:tc>
          <w:tcPr>
            <w:tcW w:w="7788" w:type="dxa"/>
            <w:tcBorders>
              <w:top w:val="nil"/>
              <w:left w:val="nil"/>
              <w:bottom w:val="nil"/>
              <w:right w:val="nil"/>
            </w:tcBorders>
            <w:shd w:val="clear" w:color="auto" w:fill="FFF7E2"/>
          </w:tcPr>
          <w:p w14:paraId="46266AE1" w14:textId="77777777" w:rsidR="005670E3" w:rsidRDefault="00173E19" w:rsidP="001C6EC0">
            <w:pPr>
              <w:spacing w:before="120"/>
            </w:pPr>
            <w:r w:rsidRPr="001C6EC0">
              <w:rPr>
                <w:rFonts w:ascii="Arial" w:eastAsia="Arial" w:hAnsi="Arial"/>
                <w:b/>
                <w:color w:val="9A5B00"/>
                <w:szCs w:val="24"/>
              </w:rPr>
              <w:t xml:space="preserve">Lưu ý: </w:t>
            </w:r>
            <w:r w:rsidRPr="001C6EC0">
              <w:rPr>
                <w:rFonts w:ascii="Arial" w:eastAsia="Arial" w:hAnsi="Arial"/>
                <w:color w:val="1F2937"/>
                <w:szCs w:val="24"/>
              </w:rPr>
              <w:t>Không kê khai t</w:t>
            </w:r>
            <w:r w:rsidRPr="001C6EC0">
              <w:rPr>
                <w:rFonts w:ascii="Arial" w:eastAsia="Arial" w:hAnsi="Arial"/>
                <w:color w:val="1F2937"/>
                <w:szCs w:val="24"/>
              </w:rPr>
              <w:t>ạ</w:t>
            </w:r>
            <w:r w:rsidRPr="001C6EC0">
              <w:rPr>
                <w:rFonts w:ascii="Arial" w:eastAsia="Arial" w:hAnsi="Arial"/>
                <w:color w:val="1F2937"/>
                <w:szCs w:val="24"/>
              </w:rPr>
              <w:t>i phương án “Đã có k</w:t>
            </w:r>
            <w:r w:rsidRPr="001C6EC0">
              <w:rPr>
                <w:rFonts w:ascii="Arial" w:eastAsia="Arial" w:hAnsi="Arial"/>
                <w:color w:val="1F2937"/>
                <w:szCs w:val="24"/>
              </w:rPr>
              <w:t>ế</w:t>
            </w:r>
            <w:r w:rsidRPr="001C6EC0">
              <w:rPr>
                <w:rFonts w:ascii="Arial" w:eastAsia="Arial" w:hAnsi="Arial"/>
                <w:color w:val="1F2937"/>
                <w:szCs w:val="24"/>
              </w:rPr>
              <w:t>t qu</w:t>
            </w:r>
            <w:r w:rsidRPr="001C6EC0">
              <w:rPr>
                <w:rFonts w:ascii="Arial" w:eastAsia="Arial" w:hAnsi="Arial"/>
                <w:color w:val="1F2937"/>
                <w:szCs w:val="24"/>
              </w:rPr>
              <w:t>ả</w:t>
            </w:r>
            <w:r w:rsidRPr="001C6EC0">
              <w:rPr>
                <w:rFonts w:ascii="Arial" w:eastAsia="Arial" w:hAnsi="Arial"/>
                <w:color w:val="1F2937"/>
                <w:szCs w:val="24"/>
              </w:rPr>
              <w:t xml:space="preserve"> trình đ</w:t>
            </w:r>
            <w:r w:rsidRPr="001C6EC0">
              <w:rPr>
                <w:rFonts w:ascii="Arial" w:eastAsia="Arial" w:hAnsi="Arial"/>
                <w:color w:val="1F2937"/>
                <w:szCs w:val="24"/>
              </w:rPr>
              <w:t>ộ</w:t>
            </w:r>
            <w:r w:rsidRPr="001C6EC0">
              <w:rPr>
                <w:rFonts w:ascii="Arial" w:eastAsia="Arial" w:hAnsi="Arial"/>
                <w:color w:val="1F2937"/>
                <w:szCs w:val="24"/>
              </w:rPr>
              <w:t xml:space="preserve"> ngo</w:t>
            </w:r>
            <w:r w:rsidRPr="001C6EC0">
              <w:rPr>
                <w:rFonts w:ascii="Arial" w:eastAsia="Arial" w:hAnsi="Arial"/>
                <w:color w:val="1F2937"/>
                <w:szCs w:val="24"/>
              </w:rPr>
              <w:t>ạ</w:t>
            </w:r>
            <w:r w:rsidRPr="001C6EC0">
              <w:rPr>
                <w:rFonts w:ascii="Arial" w:eastAsia="Arial" w:hAnsi="Arial"/>
                <w:color w:val="1F2937"/>
                <w:szCs w:val="24"/>
              </w:rPr>
              <w:t>i ng</w:t>
            </w:r>
            <w:r w:rsidRPr="001C6EC0">
              <w:rPr>
                <w:rFonts w:ascii="Arial" w:eastAsia="Arial" w:hAnsi="Arial"/>
                <w:color w:val="1F2937"/>
                <w:szCs w:val="24"/>
              </w:rPr>
              <w:t>ữ</w:t>
            </w:r>
            <w:r w:rsidRPr="001C6EC0">
              <w:rPr>
                <w:rFonts w:ascii="Arial" w:eastAsia="Arial" w:hAnsi="Arial"/>
                <w:color w:val="1F2937"/>
                <w:szCs w:val="24"/>
              </w:rPr>
              <w:t xml:space="preserve"> d</w:t>
            </w:r>
            <w:r w:rsidRPr="001C6EC0">
              <w:rPr>
                <w:rFonts w:ascii="Arial" w:eastAsia="Arial" w:hAnsi="Arial"/>
                <w:color w:val="1F2937"/>
                <w:szCs w:val="24"/>
              </w:rPr>
              <w:t>o HVTC c</w:t>
            </w:r>
            <w:r w:rsidRPr="001C6EC0">
              <w:rPr>
                <w:rFonts w:ascii="Arial" w:eastAsia="Arial" w:hAnsi="Arial"/>
                <w:color w:val="1F2937"/>
                <w:szCs w:val="24"/>
              </w:rPr>
              <w:t>ấ</w:t>
            </w:r>
            <w:r w:rsidRPr="001C6EC0">
              <w:rPr>
                <w:rFonts w:ascii="Arial" w:eastAsia="Arial" w:hAnsi="Arial"/>
                <w:color w:val="1F2937"/>
                <w:szCs w:val="24"/>
              </w:rPr>
              <w:t>p” n</w:t>
            </w:r>
            <w:r w:rsidRPr="001C6EC0">
              <w:rPr>
                <w:rFonts w:ascii="Arial" w:eastAsia="Arial" w:hAnsi="Arial"/>
                <w:color w:val="1F2937"/>
                <w:szCs w:val="24"/>
              </w:rPr>
              <w:t>ế</w:t>
            </w:r>
            <w:r w:rsidRPr="001C6EC0">
              <w:rPr>
                <w:rFonts w:ascii="Arial" w:eastAsia="Arial" w:hAnsi="Arial"/>
                <w:color w:val="1F2937"/>
                <w:szCs w:val="24"/>
              </w:rPr>
              <w:t>u văn b</w:t>
            </w:r>
            <w:r w:rsidRPr="001C6EC0">
              <w:rPr>
                <w:rFonts w:ascii="Arial" w:eastAsia="Arial" w:hAnsi="Arial"/>
                <w:color w:val="1F2937"/>
                <w:szCs w:val="24"/>
              </w:rPr>
              <w:t>ằ</w:t>
            </w:r>
            <w:r w:rsidRPr="001C6EC0">
              <w:rPr>
                <w:rFonts w:ascii="Arial" w:eastAsia="Arial" w:hAnsi="Arial"/>
                <w:color w:val="1F2937"/>
                <w:szCs w:val="24"/>
              </w:rPr>
              <w:t>ng/ch</w:t>
            </w:r>
            <w:r w:rsidRPr="001C6EC0">
              <w:rPr>
                <w:rFonts w:ascii="Arial" w:eastAsia="Arial" w:hAnsi="Arial"/>
                <w:color w:val="1F2937"/>
                <w:szCs w:val="24"/>
              </w:rPr>
              <w:t>ứ</w:t>
            </w:r>
            <w:r w:rsidRPr="001C6EC0">
              <w:rPr>
                <w:rFonts w:ascii="Arial" w:eastAsia="Arial" w:hAnsi="Arial"/>
                <w:color w:val="1F2937"/>
                <w:szCs w:val="24"/>
              </w:rPr>
              <w:t>ng ch</w:t>
            </w:r>
            <w:r w:rsidRPr="001C6EC0">
              <w:rPr>
                <w:rFonts w:ascii="Arial" w:eastAsia="Arial" w:hAnsi="Arial"/>
                <w:color w:val="1F2937"/>
                <w:szCs w:val="24"/>
              </w:rPr>
              <w:t>ỉ</w:t>
            </w:r>
            <w:r w:rsidRPr="001C6EC0">
              <w:rPr>
                <w:rFonts w:ascii="Arial" w:eastAsia="Arial" w:hAnsi="Arial"/>
                <w:color w:val="1F2937"/>
                <w:szCs w:val="24"/>
              </w:rPr>
              <w:t xml:space="preserve"> do đơn v</w:t>
            </w:r>
            <w:r w:rsidRPr="001C6EC0">
              <w:rPr>
                <w:rFonts w:ascii="Arial" w:eastAsia="Arial" w:hAnsi="Arial"/>
                <w:color w:val="1F2937"/>
                <w:szCs w:val="24"/>
              </w:rPr>
              <w:t>ị</w:t>
            </w:r>
            <w:r w:rsidRPr="001C6EC0">
              <w:rPr>
                <w:rFonts w:ascii="Arial" w:eastAsia="Arial" w:hAnsi="Arial"/>
                <w:color w:val="1F2937"/>
                <w:szCs w:val="24"/>
              </w:rPr>
              <w:t xml:space="preserve"> khác c</w:t>
            </w:r>
            <w:r w:rsidRPr="001C6EC0">
              <w:rPr>
                <w:rFonts w:ascii="Arial" w:eastAsia="Arial" w:hAnsi="Arial"/>
                <w:color w:val="1F2937"/>
                <w:szCs w:val="24"/>
              </w:rPr>
              <w:t>ấ</w:t>
            </w:r>
            <w:r w:rsidRPr="001C6EC0">
              <w:rPr>
                <w:rFonts w:ascii="Arial" w:eastAsia="Arial" w:hAnsi="Arial"/>
                <w:color w:val="1F2937"/>
                <w:szCs w:val="24"/>
              </w:rPr>
              <w:t>p.</w:t>
            </w:r>
          </w:p>
        </w:tc>
      </w:tr>
    </w:tbl>
    <w:tbl>
      <w:tblPr>
        <w:tblpPr w:leftFromText="180" w:rightFromText="180" w:vertAnchor="text" w:horzAnchor="margin" w:tblpY="460"/>
        <w:tblW w:w="0" w:type="auto"/>
        <w:tblLook w:val="04A0" w:firstRow="1" w:lastRow="0" w:firstColumn="1" w:lastColumn="0" w:noHBand="0" w:noVBand="1"/>
      </w:tblPr>
      <w:tblGrid>
        <w:gridCol w:w="10482"/>
      </w:tblGrid>
      <w:tr w:rsidR="006A49ED" w14:paraId="4933C524" w14:textId="77777777" w:rsidTr="006A49ED">
        <w:trPr>
          <w:trHeight w:val="1276"/>
        </w:trPr>
        <w:tc>
          <w:tcPr>
            <w:tcW w:w="10482" w:type="dxa"/>
            <w:shd w:val="clear" w:color="auto" w:fill="0B6B62"/>
          </w:tcPr>
          <w:p w14:paraId="779DE9B6" w14:textId="77777777" w:rsidR="006A49ED" w:rsidRDefault="006A49ED" w:rsidP="006A49ED">
            <w:pPr>
              <w:spacing w:after="0"/>
              <w:rPr>
                <w:rFonts w:ascii="Arial" w:eastAsia="Arial" w:hAnsi="Arial"/>
                <w:b/>
                <w:color w:val="FFFFFF"/>
                <w:sz w:val="27"/>
              </w:rPr>
            </w:pPr>
          </w:p>
          <w:p w14:paraId="001BE52E" w14:textId="77777777" w:rsidR="006A49ED" w:rsidRDefault="006A49ED" w:rsidP="006A49ED">
            <w:pPr>
              <w:spacing w:before="120" w:after="240"/>
            </w:pPr>
            <w:r>
              <w:rPr>
                <w:rFonts w:ascii="Arial" w:eastAsia="Arial" w:hAnsi="Arial"/>
                <w:b/>
                <w:color w:val="FFFFFF"/>
                <w:sz w:val="27"/>
              </w:rPr>
              <w:t>II. THAO TÁC TỪ HỆ THỐNG TUYỂN SINH</w:t>
            </w:r>
          </w:p>
        </w:tc>
      </w:tr>
    </w:tbl>
    <w:tbl>
      <w:tblPr>
        <w:tblpPr w:leftFromText="180" w:rightFromText="180" w:vertAnchor="text" w:horzAnchor="margin" w:tblpY="17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8370"/>
      </w:tblGrid>
      <w:tr w:rsidR="006A49ED" w14:paraId="716CAF56" w14:textId="77777777" w:rsidTr="006A49ED">
        <w:tc>
          <w:tcPr>
            <w:tcW w:w="2160" w:type="dxa"/>
            <w:shd w:val="clear" w:color="auto" w:fill="0B6B62"/>
            <w:vAlign w:val="center"/>
          </w:tcPr>
          <w:p w14:paraId="287431ED" w14:textId="77777777" w:rsidR="006A49ED" w:rsidRDefault="006A49ED" w:rsidP="006A49ED">
            <w:pPr>
              <w:spacing w:before="120" w:after="120"/>
              <w:jc w:val="center"/>
            </w:pPr>
            <w:r>
              <w:rPr>
                <w:rFonts w:ascii="Arial" w:eastAsia="Arial" w:hAnsi="Arial"/>
                <w:b/>
                <w:color w:val="FFFFFF"/>
                <w:sz w:val="30"/>
              </w:rPr>
              <w:t>1</w:t>
            </w:r>
          </w:p>
        </w:tc>
        <w:tc>
          <w:tcPr>
            <w:tcW w:w="8370" w:type="dxa"/>
          </w:tcPr>
          <w:p w14:paraId="0CAC0660" w14:textId="77777777" w:rsidR="006A49ED" w:rsidRDefault="006A49ED" w:rsidP="006A49ED">
            <w:pPr>
              <w:spacing w:before="120" w:after="120"/>
            </w:pPr>
            <w:r>
              <w:rPr>
                <w:rFonts w:ascii="Arial" w:eastAsia="Arial" w:hAnsi="Arial"/>
                <w:b/>
                <w:color w:val="0B6B62"/>
                <w:sz w:val="25"/>
              </w:rPr>
              <w:t>Đăng nhập hồ sơ dự tuyển</w:t>
            </w:r>
          </w:p>
          <w:p w14:paraId="3E7D49F9" w14:textId="77777777" w:rsidR="006A49ED" w:rsidRDefault="006A49ED" w:rsidP="006A49ED">
            <w:pPr>
              <w:spacing w:before="120" w:after="120"/>
              <w:ind w:left="113" w:hanging="102"/>
            </w:pPr>
            <w:r>
              <w:rPr>
                <w:rFonts w:ascii="Arial" w:eastAsia="Arial" w:hAnsi="Arial"/>
                <w:b/>
                <w:color w:val="D89A16"/>
                <w:sz w:val="22"/>
              </w:rPr>
              <w:t xml:space="preserve">– </w:t>
            </w:r>
            <w:r>
              <w:rPr>
                <w:rFonts w:ascii="Arial" w:eastAsia="Arial" w:hAnsi="Arial"/>
                <w:color w:val="1F2937"/>
                <w:sz w:val="22"/>
              </w:rPr>
              <w:t xml:space="preserve">Truy cập </w:t>
            </w:r>
            <w:hyperlink r:id="rId9" w:history="1">
              <w:r w:rsidRPr="001A3077">
                <w:rPr>
                  <w:rStyle w:val="Hyperlink"/>
                  <w:rFonts w:ascii="Arial" w:eastAsia="Arial" w:hAnsi="Arial"/>
                  <w:sz w:val="22"/>
                </w:rPr>
                <w:t>https://tuyensinhsdh.hvtc.edu.vn</w:t>
              </w:r>
            </w:hyperlink>
            <w:r>
              <w:rPr>
                <w:rFonts w:ascii="Arial" w:eastAsia="Arial" w:hAnsi="Arial"/>
                <w:color w:val="1F2937"/>
                <w:sz w:val="22"/>
              </w:rPr>
              <w:t xml:space="preserve"> và đăng nhập bằng tài khoản đã tạo.</w:t>
            </w:r>
          </w:p>
          <w:p w14:paraId="678B98AA" w14:textId="77777777" w:rsidR="006A49ED" w:rsidRDefault="006A49ED" w:rsidP="006A49ED">
            <w:pPr>
              <w:spacing w:before="120" w:after="120"/>
              <w:ind w:left="113" w:hanging="102"/>
            </w:pPr>
            <w:r>
              <w:rPr>
                <w:rFonts w:ascii="Arial" w:eastAsia="Arial" w:hAnsi="Arial"/>
                <w:b/>
                <w:color w:val="D89A16"/>
                <w:sz w:val="22"/>
              </w:rPr>
              <w:t xml:space="preserve">– </w:t>
            </w:r>
            <w:r>
              <w:rPr>
                <w:rFonts w:ascii="Arial" w:eastAsia="Arial" w:hAnsi="Arial"/>
                <w:color w:val="1F2937"/>
                <w:sz w:val="22"/>
              </w:rPr>
              <w:t>Chọn “Đăng ký dự tuyển”, kiểm tra thông tin cá nhân và thông tin tốt nghiệp.</w:t>
            </w:r>
          </w:p>
        </w:tc>
      </w:tr>
      <w:tr w:rsidR="006A49ED" w14:paraId="2878F21E" w14:textId="77777777" w:rsidTr="006A49ED">
        <w:tc>
          <w:tcPr>
            <w:tcW w:w="2160" w:type="dxa"/>
            <w:shd w:val="clear" w:color="auto" w:fill="0B6B62"/>
            <w:vAlign w:val="center"/>
          </w:tcPr>
          <w:p w14:paraId="718F6090" w14:textId="77777777" w:rsidR="006A49ED" w:rsidRDefault="006A49ED" w:rsidP="006A49ED">
            <w:pPr>
              <w:spacing w:before="120" w:after="120"/>
              <w:jc w:val="center"/>
            </w:pPr>
            <w:r>
              <w:rPr>
                <w:rFonts w:ascii="Arial" w:eastAsia="Arial" w:hAnsi="Arial"/>
                <w:b/>
                <w:color w:val="FFFFFF"/>
                <w:sz w:val="30"/>
              </w:rPr>
              <w:t>2</w:t>
            </w:r>
          </w:p>
        </w:tc>
        <w:tc>
          <w:tcPr>
            <w:tcW w:w="8370" w:type="dxa"/>
          </w:tcPr>
          <w:p w14:paraId="24786AED" w14:textId="77777777" w:rsidR="006A49ED" w:rsidRDefault="006A49ED" w:rsidP="006A49ED">
            <w:pPr>
              <w:spacing w:before="120" w:after="120"/>
            </w:pPr>
            <w:r>
              <w:rPr>
                <w:rFonts w:ascii="Arial" w:eastAsia="Arial" w:hAnsi="Arial"/>
                <w:b/>
                <w:color w:val="0B6B62"/>
                <w:sz w:val="25"/>
              </w:rPr>
              <w:t>Chọn phương án ngoại ngữ</w:t>
            </w:r>
          </w:p>
          <w:p w14:paraId="3AAACE41" w14:textId="77777777" w:rsidR="006A49ED" w:rsidRDefault="006A49ED" w:rsidP="006A49ED">
            <w:pPr>
              <w:spacing w:before="120" w:after="120"/>
              <w:ind w:left="113" w:hanging="102"/>
            </w:pPr>
            <w:r>
              <w:rPr>
                <w:rFonts w:ascii="Arial" w:eastAsia="Arial" w:hAnsi="Arial"/>
                <w:b/>
                <w:color w:val="D89A16"/>
                <w:sz w:val="22"/>
              </w:rPr>
              <w:t xml:space="preserve">– </w:t>
            </w:r>
            <w:r>
              <w:rPr>
                <w:rFonts w:ascii="Arial" w:eastAsia="Arial" w:hAnsi="Arial"/>
                <w:color w:val="1F2937"/>
                <w:sz w:val="22"/>
              </w:rPr>
              <w:t>Tại mục “Thông tin ngoại ngữ”, chọn “Chưa có minh chứng năng lực ngoại ngữ”.</w:t>
            </w:r>
          </w:p>
          <w:p w14:paraId="45B76A61" w14:textId="77777777" w:rsidR="006A49ED" w:rsidRDefault="006A49ED" w:rsidP="006A49ED">
            <w:pPr>
              <w:spacing w:before="120" w:after="120"/>
              <w:ind w:left="113" w:hanging="102"/>
            </w:pPr>
            <w:r>
              <w:rPr>
                <w:rFonts w:ascii="Arial" w:eastAsia="Arial" w:hAnsi="Arial"/>
                <w:b/>
                <w:color w:val="D89A16"/>
                <w:sz w:val="22"/>
              </w:rPr>
              <w:t xml:space="preserve">– </w:t>
            </w:r>
            <w:r>
              <w:rPr>
                <w:rFonts w:ascii="Arial" w:eastAsia="Arial" w:hAnsi="Arial"/>
                <w:color w:val="1F2937"/>
                <w:sz w:val="22"/>
              </w:rPr>
              <w:t>Nhấn đường dẫn “Đăng ký ĐGNL Tiếng Anh tại Học viện Tài chính” để chuyển sang cổng kê khai văn bằng/chứng chỉ.</w:t>
            </w:r>
          </w:p>
        </w:tc>
      </w:tr>
    </w:tbl>
    <w:p w14:paraId="2DC0B7E6" w14:textId="0273E6FB" w:rsidR="005670E3" w:rsidRDefault="001C6EC0" w:rsidP="006A49ED">
      <w:pPr>
        <w:rPr>
          <w:rFonts w:ascii="Arial" w:eastAsia="Arial" w:hAnsi="Arial"/>
          <w:b/>
          <w:color w:val="0B6B62"/>
          <w:sz w:val="23"/>
        </w:rPr>
      </w:pPr>
      <w:r>
        <w:rPr>
          <w:rFonts w:ascii="Arial" w:eastAsia="Arial" w:hAnsi="Arial"/>
          <w:b/>
          <w:color w:val="0B6B62"/>
          <w:sz w:val="23"/>
        </w:rPr>
        <w:br w:type="page"/>
      </w:r>
      <w:r w:rsidR="00173E19">
        <w:rPr>
          <w:rFonts w:ascii="Arial" w:eastAsia="Arial" w:hAnsi="Arial"/>
          <w:b/>
          <w:color w:val="0B6B62"/>
          <w:sz w:val="23"/>
        </w:rPr>
        <w:lastRenderedPageBreak/>
        <w:t xml:space="preserve">Minh </w:t>
      </w:r>
      <w:proofErr w:type="spellStart"/>
      <w:r w:rsidR="00173E19">
        <w:rPr>
          <w:rFonts w:ascii="Arial" w:eastAsia="Arial" w:hAnsi="Arial"/>
          <w:b/>
          <w:color w:val="0B6B62"/>
          <w:sz w:val="23"/>
        </w:rPr>
        <w:t>h</w:t>
      </w:r>
      <w:r w:rsidR="00173E19">
        <w:rPr>
          <w:rFonts w:ascii="Arial" w:eastAsia="Arial" w:hAnsi="Arial"/>
          <w:b/>
          <w:color w:val="0B6B62"/>
          <w:sz w:val="23"/>
        </w:rPr>
        <w:t>ọ</w:t>
      </w:r>
      <w:r w:rsidR="00173E19">
        <w:rPr>
          <w:rFonts w:ascii="Arial" w:eastAsia="Arial" w:hAnsi="Arial"/>
          <w:b/>
          <w:color w:val="0B6B62"/>
          <w:sz w:val="23"/>
        </w:rPr>
        <w:t>a</w:t>
      </w:r>
      <w:proofErr w:type="spellEnd"/>
      <w:r w:rsidR="00173E19">
        <w:rPr>
          <w:rFonts w:ascii="Arial" w:eastAsia="Arial" w:hAnsi="Arial"/>
          <w:b/>
          <w:color w:val="0B6B62"/>
          <w:sz w:val="23"/>
        </w:rPr>
        <w:t xml:space="preserve"> </w:t>
      </w:r>
      <w:proofErr w:type="spellStart"/>
      <w:r w:rsidR="00173E19">
        <w:rPr>
          <w:rFonts w:ascii="Arial" w:eastAsia="Arial" w:hAnsi="Arial"/>
          <w:b/>
          <w:color w:val="0B6B62"/>
          <w:sz w:val="23"/>
        </w:rPr>
        <w:t>l</w:t>
      </w:r>
      <w:r w:rsidR="00173E19">
        <w:rPr>
          <w:rFonts w:ascii="Arial" w:eastAsia="Arial" w:hAnsi="Arial"/>
          <w:b/>
          <w:color w:val="0B6B62"/>
          <w:sz w:val="23"/>
        </w:rPr>
        <w:t>ự</w:t>
      </w:r>
      <w:r w:rsidR="00173E19">
        <w:rPr>
          <w:rFonts w:ascii="Arial" w:eastAsia="Arial" w:hAnsi="Arial"/>
          <w:b/>
          <w:color w:val="0B6B62"/>
          <w:sz w:val="23"/>
        </w:rPr>
        <w:t>a</w:t>
      </w:r>
      <w:proofErr w:type="spellEnd"/>
      <w:r w:rsidR="00173E19">
        <w:rPr>
          <w:rFonts w:ascii="Arial" w:eastAsia="Arial" w:hAnsi="Arial"/>
          <w:b/>
          <w:color w:val="0B6B62"/>
          <w:sz w:val="23"/>
        </w:rPr>
        <w:t xml:space="preserve"> </w:t>
      </w:r>
      <w:proofErr w:type="spellStart"/>
      <w:r w:rsidR="00173E19">
        <w:rPr>
          <w:rFonts w:ascii="Arial" w:eastAsia="Arial" w:hAnsi="Arial"/>
          <w:b/>
          <w:color w:val="0B6B62"/>
          <w:sz w:val="23"/>
        </w:rPr>
        <w:t>ch</w:t>
      </w:r>
      <w:r w:rsidR="00173E19">
        <w:rPr>
          <w:rFonts w:ascii="Arial" w:eastAsia="Arial" w:hAnsi="Arial"/>
          <w:b/>
          <w:color w:val="0B6B62"/>
          <w:sz w:val="23"/>
        </w:rPr>
        <w:t>ọ</w:t>
      </w:r>
      <w:r w:rsidR="00173E19">
        <w:rPr>
          <w:rFonts w:ascii="Arial" w:eastAsia="Arial" w:hAnsi="Arial"/>
          <w:b/>
          <w:color w:val="0B6B62"/>
          <w:sz w:val="23"/>
        </w:rPr>
        <w:t>n</w:t>
      </w:r>
      <w:proofErr w:type="spellEnd"/>
      <w:r w:rsidR="00173E19">
        <w:rPr>
          <w:rFonts w:ascii="Arial" w:eastAsia="Arial" w:hAnsi="Arial"/>
          <w:b/>
          <w:color w:val="0B6B62"/>
          <w:sz w:val="23"/>
        </w:rPr>
        <w:t xml:space="preserve"> </w:t>
      </w:r>
      <w:proofErr w:type="spellStart"/>
      <w:r w:rsidR="00173E19">
        <w:rPr>
          <w:rFonts w:ascii="Arial" w:eastAsia="Arial" w:hAnsi="Arial"/>
          <w:b/>
          <w:color w:val="0B6B62"/>
          <w:sz w:val="23"/>
        </w:rPr>
        <w:t>phương</w:t>
      </w:r>
      <w:proofErr w:type="spellEnd"/>
      <w:r w:rsidR="00173E19">
        <w:rPr>
          <w:rFonts w:ascii="Arial" w:eastAsia="Arial" w:hAnsi="Arial"/>
          <w:b/>
          <w:color w:val="0B6B62"/>
          <w:sz w:val="23"/>
        </w:rPr>
        <w:t xml:space="preserve"> </w:t>
      </w:r>
      <w:proofErr w:type="spellStart"/>
      <w:proofErr w:type="gramStart"/>
      <w:r w:rsidR="00173E19">
        <w:rPr>
          <w:rFonts w:ascii="Arial" w:eastAsia="Arial" w:hAnsi="Arial"/>
          <w:b/>
          <w:color w:val="0B6B62"/>
          <w:sz w:val="23"/>
        </w:rPr>
        <w:t>án</w:t>
      </w:r>
      <w:proofErr w:type="spellEnd"/>
      <w:proofErr w:type="gramEnd"/>
      <w:r w:rsidR="00173E19">
        <w:rPr>
          <w:rFonts w:ascii="Arial" w:eastAsia="Arial" w:hAnsi="Arial"/>
          <w:b/>
          <w:color w:val="0B6B62"/>
          <w:sz w:val="23"/>
        </w:rPr>
        <w:t xml:space="preserve"> </w:t>
      </w:r>
      <w:proofErr w:type="spellStart"/>
      <w:r w:rsidR="00173E19">
        <w:rPr>
          <w:rFonts w:ascii="Arial" w:eastAsia="Arial" w:hAnsi="Arial"/>
          <w:b/>
          <w:color w:val="0B6B62"/>
          <w:sz w:val="23"/>
        </w:rPr>
        <w:t>xác</w:t>
      </w:r>
      <w:proofErr w:type="spellEnd"/>
      <w:r w:rsidR="00173E19">
        <w:rPr>
          <w:rFonts w:ascii="Arial" w:eastAsia="Arial" w:hAnsi="Arial"/>
          <w:b/>
          <w:color w:val="0B6B62"/>
          <w:sz w:val="23"/>
        </w:rPr>
        <w:t xml:space="preserve"> </w:t>
      </w:r>
      <w:proofErr w:type="spellStart"/>
      <w:r w:rsidR="00173E19">
        <w:rPr>
          <w:rFonts w:ascii="Arial" w:eastAsia="Arial" w:hAnsi="Arial"/>
          <w:b/>
          <w:color w:val="0B6B62"/>
          <w:sz w:val="23"/>
        </w:rPr>
        <w:t>nh</w:t>
      </w:r>
      <w:r w:rsidR="00173E19">
        <w:rPr>
          <w:rFonts w:ascii="Arial" w:eastAsia="Arial" w:hAnsi="Arial"/>
          <w:b/>
          <w:color w:val="0B6B62"/>
          <w:sz w:val="23"/>
        </w:rPr>
        <w:t>ậ</w:t>
      </w:r>
      <w:r w:rsidR="00173E19">
        <w:rPr>
          <w:rFonts w:ascii="Arial" w:eastAsia="Arial" w:hAnsi="Arial"/>
          <w:b/>
          <w:color w:val="0B6B62"/>
          <w:sz w:val="23"/>
        </w:rPr>
        <w:t>n</w:t>
      </w:r>
      <w:proofErr w:type="spellEnd"/>
      <w:r w:rsidR="00173E19">
        <w:rPr>
          <w:rFonts w:ascii="Arial" w:eastAsia="Arial" w:hAnsi="Arial"/>
          <w:b/>
          <w:color w:val="0B6B62"/>
          <w:sz w:val="23"/>
        </w:rPr>
        <w:t xml:space="preserve"> </w:t>
      </w:r>
      <w:proofErr w:type="spellStart"/>
      <w:r w:rsidR="00173E19">
        <w:rPr>
          <w:rFonts w:ascii="Arial" w:eastAsia="Arial" w:hAnsi="Arial"/>
          <w:b/>
          <w:color w:val="0B6B62"/>
          <w:sz w:val="23"/>
        </w:rPr>
        <w:t>trình</w:t>
      </w:r>
      <w:proofErr w:type="spellEnd"/>
      <w:r w:rsidR="00173E19">
        <w:rPr>
          <w:rFonts w:ascii="Arial" w:eastAsia="Arial" w:hAnsi="Arial"/>
          <w:b/>
          <w:color w:val="0B6B62"/>
          <w:sz w:val="23"/>
        </w:rPr>
        <w:t xml:space="preserve"> </w:t>
      </w:r>
      <w:proofErr w:type="spellStart"/>
      <w:r w:rsidR="00173E19">
        <w:rPr>
          <w:rFonts w:ascii="Arial" w:eastAsia="Arial" w:hAnsi="Arial"/>
          <w:b/>
          <w:color w:val="0B6B62"/>
          <w:sz w:val="23"/>
        </w:rPr>
        <w:t>đ</w:t>
      </w:r>
      <w:r w:rsidR="00173E19">
        <w:rPr>
          <w:rFonts w:ascii="Arial" w:eastAsia="Arial" w:hAnsi="Arial"/>
          <w:b/>
          <w:color w:val="0B6B62"/>
          <w:sz w:val="23"/>
        </w:rPr>
        <w:t>ộ</w:t>
      </w:r>
      <w:proofErr w:type="spellEnd"/>
      <w:r w:rsidR="00173E19">
        <w:rPr>
          <w:rFonts w:ascii="Arial" w:eastAsia="Arial" w:hAnsi="Arial"/>
          <w:b/>
          <w:color w:val="0B6B62"/>
          <w:sz w:val="23"/>
        </w:rPr>
        <w:t xml:space="preserve"> </w:t>
      </w:r>
      <w:proofErr w:type="spellStart"/>
      <w:r w:rsidR="00173E19">
        <w:rPr>
          <w:rFonts w:ascii="Arial" w:eastAsia="Arial" w:hAnsi="Arial"/>
          <w:b/>
          <w:color w:val="0B6B62"/>
          <w:sz w:val="23"/>
        </w:rPr>
        <w:t>ngo</w:t>
      </w:r>
      <w:r w:rsidR="00173E19">
        <w:rPr>
          <w:rFonts w:ascii="Arial" w:eastAsia="Arial" w:hAnsi="Arial"/>
          <w:b/>
          <w:color w:val="0B6B62"/>
          <w:sz w:val="23"/>
        </w:rPr>
        <w:t>ạ</w:t>
      </w:r>
      <w:r w:rsidR="00173E19">
        <w:rPr>
          <w:rFonts w:ascii="Arial" w:eastAsia="Arial" w:hAnsi="Arial"/>
          <w:b/>
          <w:color w:val="0B6B62"/>
          <w:sz w:val="23"/>
        </w:rPr>
        <w:t>i</w:t>
      </w:r>
      <w:proofErr w:type="spellEnd"/>
      <w:r w:rsidR="00173E19">
        <w:rPr>
          <w:rFonts w:ascii="Arial" w:eastAsia="Arial" w:hAnsi="Arial"/>
          <w:b/>
          <w:color w:val="0B6B62"/>
          <w:sz w:val="23"/>
        </w:rPr>
        <w:t xml:space="preserve"> </w:t>
      </w:r>
      <w:proofErr w:type="spellStart"/>
      <w:r w:rsidR="00173E19">
        <w:rPr>
          <w:rFonts w:ascii="Arial" w:eastAsia="Arial" w:hAnsi="Arial"/>
          <w:b/>
          <w:color w:val="0B6B62"/>
          <w:sz w:val="23"/>
        </w:rPr>
        <w:t>ng</w:t>
      </w:r>
      <w:r w:rsidR="00173E19">
        <w:rPr>
          <w:rFonts w:ascii="Arial" w:eastAsia="Arial" w:hAnsi="Arial"/>
          <w:b/>
          <w:color w:val="0B6B62"/>
          <w:sz w:val="23"/>
        </w:rPr>
        <w:t>ữ</w:t>
      </w:r>
      <w:proofErr w:type="spellEnd"/>
      <w:r w:rsidR="00173E19">
        <w:rPr>
          <w:rFonts w:ascii="Arial" w:eastAsia="Arial" w:hAnsi="Arial"/>
          <w:b/>
          <w:color w:val="0B6B62"/>
          <w:sz w:val="23"/>
        </w:rPr>
        <w:t>.</w:t>
      </w:r>
    </w:p>
    <w:p w14:paraId="4BD63225" w14:textId="77777777" w:rsidR="001C6EC0" w:rsidRDefault="001C6EC0" w:rsidP="001C6EC0">
      <w:pPr>
        <w:spacing w:before="120" w:after="120"/>
      </w:pPr>
    </w:p>
    <w:p w14:paraId="555BC8F2" w14:textId="77777777" w:rsidR="005670E3" w:rsidRDefault="00173E19">
      <w:pPr>
        <w:spacing w:after="120"/>
        <w:jc w:val="center"/>
      </w:pPr>
      <w:r>
        <w:rPr>
          <w:noProof/>
        </w:rPr>
        <w:drawing>
          <wp:inline distT="0" distB="0" distL="0" distR="0" wp14:anchorId="1A230130" wp14:editId="046A92BE">
            <wp:extent cx="5471160" cy="687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guage.jpg"/>
                    <pic:cNvPicPr/>
                  </pic:nvPicPr>
                  <pic:blipFill>
                    <a:blip r:embed="rId10"/>
                    <a:stretch>
                      <a:fillRect/>
                    </a:stretch>
                  </pic:blipFill>
                  <pic:spPr>
                    <a:xfrm>
                      <a:off x="0" y="0"/>
                      <a:ext cx="5471160" cy="6877050"/>
                    </a:xfrm>
                    <a:prstGeom prst="rect">
                      <a:avLst/>
                    </a:prstGeom>
                  </pic:spPr>
                </pic:pic>
              </a:graphicData>
            </a:graphic>
          </wp:inline>
        </w:drawing>
      </w:r>
    </w:p>
    <w:p w14:paraId="3D38D650" w14:textId="77777777" w:rsidR="005670E3" w:rsidRDefault="00173E19">
      <w:r>
        <w:br w:type="page"/>
      </w:r>
    </w:p>
    <w:tbl>
      <w:tblPr>
        <w:tblW w:w="0" w:type="auto"/>
        <w:jc w:val="center"/>
        <w:tblLook w:val="04A0" w:firstRow="1" w:lastRow="0" w:firstColumn="1" w:lastColumn="0" w:noHBand="0" w:noVBand="1"/>
      </w:tblPr>
      <w:tblGrid>
        <w:gridCol w:w="10482"/>
      </w:tblGrid>
      <w:tr w:rsidR="005670E3" w14:paraId="542FB83F" w14:textId="77777777">
        <w:trPr>
          <w:jc w:val="center"/>
        </w:trPr>
        <w:tc>
          <w:tcPr>
            <w:tcW w:w="10482" w:type="dxa"/>
            <w:shd w:val="clear" w:color="auto" w:fill="0B6B62"/>
          </w:tcPr>
          <w:p w14:paraId="2A0EF57B" w14:textId="77777777" w:rsidR="001C6EC0" w:rsidRDefault="001C6EC0" w:rsidP="001C6EC0">
            <w:pPr>
              <w:spacing w:after="0"/>
              <w:rPr>
                <w:rFonts w:ascii="Arial" w:eastAsia="Arial" w:hAnsi="Arial"/>
                <w:b/>
                <w:color w:val="FFFFFF"/>
                <w:sz w:val="27"/>
              </w:rPr>
            </w:pPr>
          </w:p>
          <w:p w14:paraId="48829234" w14:textId="734E9DF7" w:rsidR="005670E3" w:rsidRDefault="00173E19" w:rsidP="001C6EC0">
            <w:pPr>
              <w:spacing w:after="120"/>
            </w:pPr>
            <w:r>
              <w:rPr>
                <w:rFonts w:ascii="Arial" w:eastAsia="Arial" w:hAnsi="Arial"/>
                <w:b/>
                <w:color w:val="FFFFFF"/>
                <w:sz w:val="27"/>
              </w:rPr>
              <w:t>III. KÊ KHAI VÀ N</w:t>
            </w:r>
            <w:r>
              <w:rPr>
                <w:rFonts w:ascii="Arial" w:eastAsia="Arial" w:hAnsi="Arial"/>
                <w:b/>
                <w:color w:val="FFFFFF"/>
                <w:sz w:val="27"/>
              </w:rPr>
              <w:t>Ộ</w:t>
            </w:r>
            <w:r>
              <w:rPr>
                <w:rFonts w:ascii="Arial" w:eastAsia="Arial" w:hAnsi="Arial"/>
                <w:b/>
                <w:color w:val="FFFFFF"/>
                <w:sz w:val="27"/>
              </w:rPr>
              <w:t>P MINH CH</w:t>
            </w:r>
            <w:r>
              <w:rPr>
                <w:rFonts w:ascii="Arial" w:eastAsia="Arial" w:hAnsi="Arial"/>
                <w:b/>
                <w:color w:val="FFFFFF"/>
                <w:sz w:val="27"/>
              </w:rPr>
              <w:t>Ứ</w:t>
            </w:r>
            <w:r>
              <w:rPr>
                <w:rFonts w:ascii="Arial" w:eastAsia="Arial" w:hAnsi="Arial"/>
                <w:b/>
                <w:color w:val="FFFFFF"/>
                <w:sz w:val="27"/>
              </w:rPr>
              <w:t>NG NGO</w:t>
            </w:r>
            <w:r>
              <w:rPr>
                <w:rFonts w:ascii="Arial" w:eastAsia="Arial" w:hAnsi="Arial"/>
                <w:b/>
                <w:color w:val="FFFFFF"/>
                <w:sz w:val="27"/>
              </w:rPr>
              <w:t>Ạ</w:t>
            </w:r>
            <w:r>
              <w:rPr>
                <w:rFonts w:ascii="Arial" w:eastAsia="Arial" w:hAnsi="Arial"/>
                <w:b/>
                <w:color w:val="FFFFFF"/>
                <w:sz w:val="27"/>
              </w:rPr>
              <w:t>I NG</w:t>
            </w:r>
            <w:r>
              <w:rPr>
                <w:rFonts w:ascii="Arial" w:eastAsia="Arial" w:hAnsi="Arial"/>
                <w:b/>
                <w:color w:val="FFFFFF"/>
                <w:sz w:val="27"/>
              </w:rPr>
              <w:t>Ữ</w:t>
            </w:r>
          </w:p>
        </w:tc>
      </w:tr>
    </w:tbl>
    <w:p w14:paraId="45BC1D2E" w14:textId="77777777" w:rsidR="005670E3" w:rsidRDefault="005670E3">
      <w:pPr>
        <w:spacing w:after="0"/>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8370"/>
      </w:tblGrid>
      <w:tr w:rsidR="005670E3" w14:paraId="7CE55C1F" w14:textId="77777777" w:rsidTr="001C6EC0">
        <w:trPr>
          <w:jc w:val="center"/>
        </w:trPr>
        <w:tc>
          <w:tcPr>
            <w:tcW w:w="2070" w:type="dxa"/>
            <w:shd w:val="clear" w:color="auto" w:fill="0B6B62"/>
            <w:vAlign w:val="center"/>
          </w:tcPr>
          <w:p w14:paraId="5CB854D0" w14:textId="77777777" w:rsidR="005670E3" w:rsidRDefault="00173E19" w:rsidP="001C6EC0">
            <w:pPr>
              <w:spacing w:before="120" w:after="120"/>
              <w:jc w:val="center"/>
            </w:pPr>
            <w:r>
              <w:rPr>
                <w:rFonts w:ascii="Arial" w:eastAsia="Arial" w:hAnsi="Arial"/>
                <w:b/>
                <w:color w:val="FFFFFF"/>
                <w:sz w:val="30"/>
              </w:rPr>
              <w:t>3</w:t>
            </w:r>
          </w:p>
        </w:tc>
        <w:tc>
          <w:tcPr>
            <w:tcW w:w="8370" w:type="dxa"/>
          </w:tcPr>
          <w:p w14:paraId="269A8701" w14:textId="77777777" w:rsidR="005670E3" w:rsidRDefault="00173E19" w:rsidP="001C6EC0">
            <w:pPr>
              <w:spacing w:before="120" w:after="120"/>
            </w:pPr>
            <w:r>
              <w:rPr>
                <w:rFonts w:ascii="Arial" w:eastAsia="Arial" w:hAnsi="Arial"/>
                <w:b/>
                <w:color w:val="0B6B62"/>
                <w:sz w:val="25"/>
              </w:rPr>
              <w:t>Đăng nh</w:t>
            </w:r>
            <w:r>
              <w:rPr>
                <w:rFonts w:ascii="Arial" w:eastAsia="Arial" w:hAnsi="Arial"/>
                <w:b/>
                <w:color w:val="0B6B62"/>
                <w:sz w:val="25"/>
              </w:rPr>
              <w:t>ậ</w:t>
            </w:r>
            <w:r>
              <w:rPr>
                <w:rFonts w:ascii="Arial" w:eastAsia="Arial" w:hAnsi="Arial"/>
                <w:b/>
                <w:color w:val="0B6B62"/>
                <w:sz w:val="25"/>
              </w:rPr>
              <w:t>p c</w:t>
            </w:r>
            <w:r>
              <w:rPr>
                <w:rFonts w:ascii="Arial" w:eastAsia="Arial" w:hAnsi="Arial"/>
                <w:b/>
                <w:color w:val="0B6B62"/>
                <w:sz w:val="25"/>
              </w:rPr>
              <w:t>ổ</w:t>
            </w:r>
            <w:r>
              <w:rPr>
                <w:rFonts w:ascii="Arial" w:eastAsia="Arial" w:hAnsi="Arial"/>
                <w:b/>
                <w:color w:val="0B6B62"/>
                <w:sz w:val="25"/>
              </w:rPr>
              <w:t>ng kê khai</w:t>
            </w:r>
          </w:p>
          <w:p w14:paraId="113A0A3B" w14:textId="77777777" w:rsidR="005670E3" w:rsidRDefault="00173E19" w:rsidP="001C6EC0">
            <w:pPr>
              <w:spacing w:before="120" w:after="120"/>
              <w:ind w:left="113" w:hanging="102"/>
            </w:pPr>
            <w:r>
              <w:rPr>
                <w:rFonts w:ascii="Arial" w:eastAsia="Arial" w:hAnsi="Arial"/>
                <w:b/>
                <w:color w:val="D89A16"/>
                <w:sz w:val="22"/>
              </w:rPr>
              <w:t xml:space="preserve">– </w:t>
            </w:r>
            <w:r>
              <w:rPr>
                <w:rFonts w:ascii="Arial" w:eastAsia="Arial" w:hAnsi="Arial"/>
                <w:color w:val="1F2937"/>
                <w:sz w:val="22"/>
              </w:rPr>
              <w:t>S</w:t>
            </w:r>
            <w:r>
              <w:rPr>
                <w:rFonts w:ascii="Arial" w:eastAsia="Arial" w:hAnsi="Arial"/>
                <w:color w:val="1F2937"/>
                <w:sz w:val="22"/>
              </w:rPr>
              <w:t>ử</w:t>
            </w:r>
            <w:r>
              <w:rPr>
                <w:rFonts w:ascii="Arial" w:eastAsia="Arial" w:hAnsi="Arial"/>
                <w:color w:val="1F2937"/>
                <w:sz w:val="22"/>
              </w:rPr>
              <w:t xml:space="preserve"> d</w:t>
            </w:r>
            <w:r>
              <w:rPr>
                <w:rFonts w:ascii="Arial" w:eastAsia="Arial" w:hAnsi="Arial"/>
                <w:color w:val="1F2937"/>
                <w:sz w:val="22"/>
              </w:rPr>
              <w:t>ụ</w:t>
            </w:r>
            <w:r>
              <w:rPr>
                <w:rFonts w:ascii="Arial" w:eastAsia="Arial" w:hAnsi="Arial"/>
                <w:color w:val="1F2937"/>
                <w:sz w:val="22"/>
              </w:rPr>
              <w:t>ng đúng tài kho</w:t>
            </w:r>
            <w:r>
              <w:rPr>
                <w:rFonts w:ascii="Arial" w:eastAsia="Arial" w:hAnsi="Arial"/>
                <w:color w:val="1F2937"/>
                <w:sz w:val="22"/>
              </w:rPr>
              <w:t>ả</w:t>
            </w:r>
            <w:r>
              <w:rPr>
                <w:rFonts w:ascii="Arial" w:eastAsia="Arial" w:hAnsi="Arial"/>
                <w:color w:val="1F2937"/>
                <w:sz w:val="22"/>
              </w:rPr>
              <w:t>n đã đăng ký trên ph</w:t>
            </w:r>
            <w:r>
              <w:rPr>
                <w:rFonts w:ascii="Arial" w:eastAsia="Arial" w:hAnsi="Arial"/>
                <w:color w:val="1F2937"/>
                <w:sz w:val="22"/>
              </w:rPr>
              <w:t>ầ</w:t>
            </w:r>
            <w:r>
              <w:rPr>
                <w:rFonts w:ascii="Arial" w:eastAsia="Arial" w:hAnsi="Arial"/>
                <w:color w:val="1F2937"/>
                <w:sz w:val="22"/>
              </w:rPr>
              <w:t>n m</w:t>
            </w:r>
            <w:r>
              <w:rPr>
                <w:rFonts w:ascii="Arial" w:eastAsia="Arial" w:hAnsi="Arial"/>
                <w:color w:val="1F2937"/>
                <w:sz w:val="22"/>
              </w:rPr>
              <w:t>ề</w:t>
            </w:r>
            <w:r>
              <w:rPr>
                <w:rFonts w:ascii="Arial" w:eastAsia="Arial" w:hAnsi="Arial"/>
                <w:color w:val="1F2937"/>
                <w:sz w:val="22"/>
              </w:rPr>
              <w:t>m tuy</w:t>
            </w:r>
            <w:r>
              <w:rPr>
                <w:rFonts w:ascii="Arial" w:eastAsia="Arial" w:hAnsi="Arial"/>
                <w:color w:val="1F2937"/>
                <w:sz w:val="22"/>
              </w:rPr>
              <w:t>ể</w:t>
            </w:r>
            <w:r>
              <w:rPr>
                <w:rFonts w:ascii="Arial" w:eastAsia="Arial" w:hAnsi="Arial"/>
                <w:color w:val="1F2937"/>
                <w:sz w:val="22"/>
              </w:rPr>
              <w:t>n sinh đ</w:t>
            </w:r>
            <w:r>
              <w:rPr>
                <w:rFonts w:ascii="Arial" w:eastAsia="Arial" w:hAnsi="Arial"/>
                <w:color w:val="1F2937"/>
                <w:sz w:val="22"/>
              </w:rPr>
              <w:t>ể</w:t>
            </w:r>
            <w:r>
              <w:rPr>
                <w:rFonts w:ascii="Arial" w:eastAsia="Arial" w:hAnsi="Arial"/>
                <w:color w:val="1F2937"/>
                <w:sz w:val="22"/>
              </w:rPr>
              <w:t xml:space="preserve"> đăng nh</w:t>
            </w:r>
            <w:r>
              <w:rPr>
                <w:rFonts w:ascii="Arial" w:eastAsia="Arial" w:hAnsi="Arial"/>
                <w:color w:val="1F2937"/>
                <w:sz w:val="22"/>
              </w:rPr>
              <w:t>ậ</w:t>
            </w:r>
            <w:r>
              <w:rPr>
                <w:rFonts w:ascii="Arial" w:eastAsia="Arial" w:hAnsi="Arial"/>
                <w:color w:val="1F2937"/>
                <w:sz w:val="22"/>
              </w:rPr>
              <w:t>p.</w:t>
            </w:r>
          </w:p>
          <w:p w14:paraId="7AA73D3E" w14:textId="77777777" w:rsidR="005670E3" w:rsidRDefault="00173E19" w:rsidP="001C6EC0">
            <w:pPr>
              <w:spacing w:before="120" w:after="120"/>
              <w:ind w:left="113" w:hanging="102"/>
            </w:pPr>
            <w:r>
              <w:rPr>
                <w:rFonts w:ascii="Arial" w:eastAsia="Arial" w:hAnsi="Arial"/>
                <w:b/>
                <w:color w:val="D89A16"/>
                <w:sz w:val="22"/>
              </w:rPr>
              <w:t xml:space="preserve">– </w:t>
            </w:r>
            <w:r>
              <w:rPr>
                <w:rFonts w:ascii="Arial" w:eastAsia="Arial" w:hAnsi="Arial"/>
                <w:color w:val="1F2937"/>
                <w:sz w:val="22"/>
              </w:rPr>
              <w:t>T</w:t>
            </w:r>
            <w:r>
              <w:rPr>
                <w:rFonts w:ascii="Arial" w:eastAsia="Arial" w:hAnsi="Arial"/>
                <w:color w:val="1F2937"/>
                <w:sz w:val="22"/>
              </w:rPr>
              <w:t>ạ</w:t>
            </w:r>
            <w:r>
              <w:rPr>
                <w:rFonts w:ascii="Arial" w:eastAsia="Arial" w:hAnsi="Arial"/>
                <w:color w:val="1F2937"/>
                <w:sz w:val="22"/>
              </w:rPr>
              <w:t>i menu “Đăng ký”, ch</w:t>
            </w:r>
            <w:r>
              <w:rPr>
                <w:rFonts w:ascii="Arial" w:eastAsia="Arial" w:hAnsi="Arial"/>
                <w:color w:val="1F2937"/>
                <w:sz w:val="22"/>
              </w:rPr>
              <w:t>ọ</w:t>
            </w:r>
            <w:r>
              <w:rPr>
                <w:rFonts w:ascii="Arial" w:eastAsia="Arial" w:hAnsi="Arial"/>
                <w:color w:val="1F2937"/>
                <w:sz w:val="22"/>
              </w:rPr>
              <w:t>n “</w:t>
            </w:r>
            <w:r w:rsidRPr="00752F60">
              <w:rPr>
                <w:rFonts w:ascii="Arial" w:eastAsia="Arial" w:hAnsi="Arial"/>
                <w:b/>
                <w:bCs/>
                <w:color w:val="1F2937"/>
                <w:sz w:val="22"/>
              </w:rPr>
              <w:t>Đăng ký n</w:t>
            </w:r>
            <w:r w:rsidRPr="00752F60">
              <w:rPr>
                <w:rFonts w:ascii="Arial" w:eastAsia="Arial" w:hAnsi="Arial"/>
                <w:b/>
                <w:bCs/>
                <w:color w:val="1F2937"/>
                <w:sz w:val="22"/>
              </w:rPr>
              <w:t>ộ</w:t>
            </w:r>
            <w:r w:rsidRPr="00752F60">
              <w:rPr>
                <w:rFonts w:ascii="Arial" w:eastAsia="Arial" w:hAnsi="Arial"/>
                <w:b/>
                <w:bCs/>
                <w:color w:val="1F2937"/>
                <w:sz w:val="22"/>
              </w:rPr>
              <w:t>p HS xét CN đ</w:t>
            </w:r>
            <w:r w:rsidRPr="00752F60">
              <w:rPr>
                <w:rFonts w:ascii="Arial" w:eastAsia="Arial" w:hAnsi="Arial"/>
                <w:b/>
                <w:bCs/>
                <w:color w:val="1F2937"/>
                <w:sz w:val="22"/>
              </w:rPr>
              <w:t>ạ</w:t>
            </w:r>
            <w:r w:rsidRPr="00752F60">
              <w:rPr>
                <w:rFonts w:ascii="Arial" w:eastAsia="Arial" w:hAnsi="Arial"/>
                <w:b/>
                <w:bCs/>
                <w:color w:val="1F2937"/>
                <w:sz w:val="22"/>
              </w:rPr>
              <w:t>t chu</w:t>
            </w:r>
            <w:r w:rsidRPr="00752F60">
              <w:rPr>
                <w:rFonts w:ascii="Arial" w:eastAsia="Arial" w:hAnsi="Arial"/>
                <w:b/>
                <w:bCs/>
                <w:color w:val="1F2937"/>
                <w:sz w:val="22"/>
              </w:rPr>
              <w:t>ẩ</w:t>
            </w:r>
            <w:r w:rsidRPr="00752F60">
              <w:rPr>
                <w:rFonts w:ascii="Arial" w:eastAsia="Arial" w:hAnsi="Arial"/>
                <w:b/>
                <w:bCs/>
                <w:color w:val="1F2937"/>
                <w:sz w:val="22"/>
              </w:rPr>
              <w:t>n</w:t>
            </w:r>
            <w:r>
              <w:rPr>
                <w:rFonts w:ascii="Arial" w:eastAsia="Arial" w:hAnsi="Arial"/>
                <w:color w:val="1F2937"/>
                <w:sz w:val="22"/>
              </w:rPr>
              <w:t>”.</w:t>
            </w:r>
          </w:p>
        </w:tc>
      </w:tr>
      <w:tr w:rsidR="005670E3" w14:paraId="4EA8ACE0" w14:textId="77777777" w:rsidTr="001C6EC0">
        <w:trPr>
          <w:jc w:val="center"/>
        </w:trPr>
        <w:tc>
          <w:tcPr>
            <w:tcW w:w="2070" w:type="dxa"/>
            <w:shd w:val="clear" w:color="auto" w:fill="0B6B62"/>
            <w:vAlign w:val="center"/>
          </w:tcPr>
          <w:p w14:paraId="060C00FC" w14:textId="77777777" w:rsidR="005670E3" w:rsidRDefault="00173E19" w:rsidP="001C6EC0">
            <w:pPr>
              <w:spacing w:before="120" w:after="120"/>
              <w:jc w:val="center"/>
            </w:pPr>
            <w:r>
              <w:rPr>
                <w:rFonts w:ascii="Arial" w:eastAsia="Arial" w:hAnsi="Arial"/>
                <w:b/>
                <w:color w:val="FFFFFF"/>
                <w:sz w:val="30"/>
              </w:rPr>
              <w:t>4</w:t>
            </w:r>
          </w:p>
        </w:tc>
        <w:tc>
          <w:tcPr>
            <w:tcW w:w="8370" w:type="dxa"/>
          </w:tcPr>
          <w:p w14:paraId="158E706F" w14:textId="77777777" w:rsidR="005670E3" w:rsidRDefault="00173E19" w:rsidP="001C6EC0">
            <w:pPr>
              <w:spacing w:before="120" w:after="120"/>
            </w:pPr>
            <w:r>
              <w:rPr>
                <w:rFonts w:ascii="Arial" w:eastAsia="Arial" w:hAnsi="Arial"/>
                <w:b/>
                <w:color w:val="0B6B62"/>
                <w:sz w:val="25"/>
              </w:rPr>
              <w:t>Ch</w:t>
            </w:r>
            <w:r>
              <w:rPr>
                <w:rFonts w:ascii="Arial" w:eastAsia="Arial" w:hAnsi="Arial"/>
                <w:b/>
                <w:color w:val="0B6B62"/>
                <w:sz w:val="25"/>
              </w:rPr>
              <w:t>ọ</w:t>
            </w:r>
            <w:r>
              <w:rPr>
                <w:rFonts w:ascii="Arial" w:eastAsia="Arial" w:hAnsi="Arial"/>
                <w:b/>
                <w:color w:val="0B6B62"/>
                <w:sz w:val="25"/>
              </w:rPr>
              <w:t>n đúng n</w:t>
            </w:r>
            <w:r>
              <w:rPr>
                <w:rFonts w:ascii="Arial" w:eastAsia="Arial" w:hAnsi="Arial"/>
                <w:b/>
                <w:color w:val="0B6B62"/>
                <w:sz w:val="25"/>
              </w:rPr>
              <w:t>ộ</w:t>
            </w:r>
            <w:r>
              <w:rPr>
                <w:rFonts w:ascii="Arial" w:eastAsia="Arial" w:hAnsi="Arial"/>
                <w:b/>
                <w:color w:val="0B6B62"/>
                <w:sz w:val="25"/>
              </w:rPr>
              <w:t>i dung đăng ký</w:t>
            </w:r>
          </w:p>
          <w:p w14:paraId="147BFE3C" w14:textId="77777777" w:rsidR="005670E3" w:rsidRDefault="00173E19" w:rsidP="001C6EC0">
            <w:pPr>
              <w:spacing w:before="120" w:after="120"/>
              <w:ind w:left="113" w:hanging="102"/>
            </w:pPr>
            <w:r>
              <w:rPr>
                <w:rFonts w:ascii="Arial" w:eastAsia="Arial" w:hAnsi="Arial"/>
                <w:b/>
                <w:color w:val="D89A16"/>
                <w:sz w:val="22"/>
              </w:rPr>
              <w:t xml:space="preserve">– </w:t>
            </w:r>
            <w:r>
              <w:rPr>
                <w:rFonts w:ascii="Arial" w:eastAsia="Arial" w:hAnsi="Arial"/>
                <w:color w:val="1F2937"/>
                <w:sz w:val="22"/>
              </w:rPr>
              <w:t>Ch</w:t>
            </w:r>
            <w:r>
              <w:rPr>
                <w:rFonts w:ascii="Arial" w:eastAsia="Arial" w:hAnsi="Arial"/>
                <w:color w:val="1F2937"/>
                <w:sz w:val="22"/>
              </w:rPr>
              <w:t>ọ</w:t>
            </w:r>
            <w:r>
              <w:rPr>
                <w:rFonts w:ascii="Arial" w:eastAsia="Arial" w:hAnsi="Arial"/>
                <w:color w:val="1F2937"/>
                <w:sz w:val="22"/>
              </w:rPr>
              <w:t>n n</w:t>
            </w:r>
            <w:r>
              <w:rPr>
                <w:rFonts w:ascii="Arial" w:eastAsia="Arial" w:hAnsi="Arial"/>
                <w:color w:val="1F2937"/>
                <w:sz w:val="22"/>
              </w:rPr>
              <w:t>ộ</w:t>
            </w:r>
            <w:r>
              <w:rPr>
                <w:rFonts w:ascii="Arial" w:eastAsia="Arial" w:hAnsi="Arial"/>
                <w:color w:val="1F2937"/>
                <w:sz w:val="22"/>
              </w:rPr>
              <w:t>i dung xét văn b</w:t>
            </w:r>
            <w:r>
              <w:rPr>
                <w:rFonts w:ascii="Arial" w:eastAsia="Arial" w:hAnsi="Arial"/>
                <w:color w:val="1F2937"/>
                <w:sz w:val="22"/>
              </w:rPr>
              <w:t>ằ</w:t>
            </w:r>
            <w:r>
              <w:rPr>
                <w:rFonts w:ascii="Arial" w:eastAsia="Arial" w:hAnsi="Arial"/>
                <w:color w:val="1F2937"/>
                <w:sz w:val="22"/>
              </w:rPr>
              <w:t>ng/ch</w:t>
            </w:r>
            <w:r>
              <w:rPr>
                <w:rFonts w:ascii="Arial" w:eastAsia="Arial" w:hAnsi="Arial"/>
                <w:color w:val="1F2937"/>
                <w:sz w:val="22"/>
              </w:rPr>
              <w:t>ứ</w:t>
            </w:r>
            <w:r>
              <w:rPr>
                <w:rFonts w:ascii="Arial" w:eastAsia="Arial" w:hAnsi="Arial"/>
                <w:color w:val="1F2937"/>
                <w:sz w:val="22"/>
              </w:rPr>
              <w:t>ng ch</w:t>
            </w:r>
            <w:r>
              <w:rPr>
                <w:rFonts w:ascii="Arial" w:eastAsia="Arial" w:hAnsi="Arial"/>
                <w:color w:val="1F2937"/>
                <w:sz w:val="22"/>
              </w:rPr>
              <w:t>ỉ</w:t>
            </w:r>
            <w:r>
              <w:rPr>
                <w:rFonts w:ascii="Arial" w:eastAsia="Arial" w:hAnsi="Arial"/>
                <w:color w:val="1F2937"/>
                <w:sz w:val="22"/>
              </w:rPr>
              <w:t xml:space="preserve"> ngo</w:t>
            </w:r>
            <w:r>
              <w:rPr>
                <w:rFonts w:ascii="Arial" w:eastAsia="Arial" w:hAnsi="Arial"/>
                <w:color w:val="1F2937"/>
                <w:sz w:val="22"/>
              </w:rPr>
              <w:t>ạ</w:t>
            </w:r>
            <w:r>
              <w:rPr>
                <w:rFonts w:ascii="Arial" w:eastAsia="Arial" w:hAnsi="Arial"/>
                <w:color w:val="1F2937"/>
                <w:sz w:val="22"/>
              </w:rPr>
              <w:t>i ng</w:t>
            </w:r>
            <w:r>
              <w:rPr>
                <w:rFonts w:ascii="Arial" w:eastAsia="Arial" w:hAnsi="Arial"/>
                <w:color w:val="1F2937"/>
                <w:sz w:val="22"/>
              </w:rPr>
              <w:t>ữ</w:t>
            </w:r>
            <w:r>
              <w:rPr>
                <w:rFonts w:ascii="Arial" w:eastAsia="Arial" w:hAnsi="Arial"/>
                <w:color w:val="1F2937"/>
                <w:sz w:val="22"/>
              </w:rPr>
              <w:t xml:space="preserve"> ph</w:t>
            </w:r>
            <w:r>
              <w:rPr>
                <w:rFonts w:ascii="Arial" w:eastAsia="Arial" w:hAnsi="Arial"/>
                <w:color w:val="1F2937"/>
                <w:sz w:val="22"/>
              </w:rPr>
              <w:t>ụ</w:t>
            </w:r>
            <w:r>
              <w:rPr>
                <w:rFonts w:ascii="Arial" w:eastAsia="Arial" w:hAnsi="Arial"/>
                <w:color w:val="1F2937"/>
                <w:sz w:val="22"/>
              </w:rPr>
              <w:t>c v</w:t>
            </w:r>
            <w:r>
              <w:rPr>
                <w:rFonts w:ascii="Arial" w:eastAsia="Arial" w:hAnsi="Arial"/>
                <w:color w:val="1F2937"/>
                <w:sz w:val="22"/>
              </w:rPr>
              <w:t>ụ</w:t>
            </w:r>
            <w:r>
              <w:rPr>
                <w:rFonts w:ascii="Arial" w:eastAsia="Arial" w:hAnsi="Arial"/>
                <w:color w:val="1F2937"/>
                <w:sz w:val="22"/>
              </w:rPr>
              <w:t xml:space="preserve"> tuy</w:t>
            </w:r>
            <w:r>
              <w:rPr>
                <w:rFonts w:ascii="Arial" w:eastAsia="Arial" w:hAnsi="Arial"/>
                <w:color w:val="1F2937"/>
                <w:sz w:val="22"/>
              </w:rPr>
              <w:t>ể</w:t>
            </w:r>
            <w:r>
              <w:rPr>
                <w:rFonts w:ascii="Arial" w:eastAsia="Arial" w:hAnsi="Arial"/>
                <w:color w:val="1F2937"/>
                <w:sz w:val="22"/>
              </w:rPr>
              <w:t>n sinh sau đ</w:t>
            </w:r>
            <w:r>
              <w:rPr>
                <w:rFonts w:ascii="Arial" w:eastAsia="Arial" w:hAnsi="Arial"/>
                <w:color w:val="1F2937"/>
                <w:sz w:val="22"/>
              </w:rPr>
              <w:t>ạ</w:t>
            </w:r>
            <w:r>
              <w:rPr>
                <w:rFonts w:ascii="Arial" w:eastAsia="Arial" w:hAnsi="Arial"/>
                <w:color w:val="1F2937"/>
                <w:sz w:val="22"/>
              </w:rPr>
              <w:t>i h</w:t>
            </w:r>
            <w:r>
              <w:rPr>
                <w:rFonts w:ascii="Arial" w:eastAsia="Arial" w:hAnsi="Arial"/>
                <w:color w:val="1F2937"/>
                <w:sz w:val="22"/>
              </w:rPr>
              <w:t>ọ</w:t>
            </w:r>
            <w:r>
              <w:rPr>
                <w:rFonts w:ascii="Arial" w:eastAsia="Arial" w:hAnsi="Arial"/>
                <w:color w:val="1F2937"/>
                <w:sz w:val="22"/>
              </w:rPr>
              <w:t>c.</w:t>
            </w:r>
          </w:p>
          <w:p w14:paraId="73D50834" w14:textId="77777777" w:rsidR="005670E3" w:rsidRDefault="00173E19" w:rsidP="001C6EC0">
            <w:pPr>
              <w:spacing w:before="120" w:after="120"/>
              <w:ind w:left="113" w:hanging="102"/>
            </w:pPr>
            <w:r>
              <w:rPr>
                <w:rFonts w:ascii="Arial" w:eastAsia="Arial" w:hAnsi="Arial"/>
                <w:b/>
                <w:color w:val="D89A16"/>
                <w:sz w:val="22"/>
              </w:rPr>
              <w:t xml:space="preserve">– </w:t>
            </w:r>
            <w:r>
              <w:rPr>
                <w:rFonts w:ascii="Arial" w:eastAsia="Arial" w:hAnsi="Arial"/>
                <w:color w:val="1F2937"/>
                <w:sz w:val="22"/>
              </w:rPr>
              <w:t>Nh</w:t>
            </w:r>
            <w:r>
              <w:rPr>
                <w:rFonts w:ascii="Arial" w:eastAsia="Arial" w:hAnsi="Arial"/>
                <w:color w:val="1F2937"/>
                <w:sz w:val="22"/>
              </w:rPr>
              <w:t>ấ</w:t>
            </w:r>
            <w:r>
              <w:rPr>
                <w:rFonts w:ascii="Arial" w:eastAsia="Arial" w:hAnsi="Arial"/>
                <w:color w:val="1F2937"/>
                <w:sz w:val="22"/>
              </w:rPr>
              <w:t>n “Đăng ký” đ</w:t>
            </w:r>
            <w:r>
              <w:rPr>
                <w:rFonts w:ascii="Arial" w:eastAsia="Arial" w:hAnsi="Arial"/>
                <w:color w:val="1F2937"/>
                <w:sz w:val="22"/>
              </w:rPr>
              <w:t>ể</w:t>
            </w:r>
            <w:r>
              <w:rPr>
                <w:rFonts w:ascii="Arial" w:eastAsia="Arial" w:hAnsi="Arial"/>
                <w:color w:val="1F2937"/>
                <w:sz w:val="22"/>
              </w:rPr>
              <w:t xml:space="preserve"> m</w:t>
            </w:r>
            <w:r>
              <w:rPr>
                <w:rFonts w:ascii="Arial" w:eastAsia="Arial" w:hAnsi="Arial"/>
                <w:color w:val="1F2937"/>
                <w:sz w:val="22"/>
              </w:rPr>
              <w:t>ở</w:t>
            </w:r>
            <w:r>
              <w:rPr>
                <w:rFonts w:ascii="Arial" w:eastAsia="Arial" w:hAnsi="Arial"/>
                <w:color w:val="1F2937"/>
                <w:sz w:val="22"/>
              </w:rPr>
              <w:t xml:space="preserve"> bi</w:t>
            </w:r>
            <w:r>
              <w:rPr>
                <w:rFonts w:ascii="Arial" w:eastAsia="Arial" w:hAnsi="Arial"/>
                <w:color w:val="1F2937"/>
                <w:sz w:val="22"/>
              </w:rPr>
              <w:t>ể</w:t>
            </w:r>
            <w:r>
              <w:rPr>
                <w:rFonts w:ascii="Arial" w:eastAsia="Arial" w:hAnsi="Arial"/>
                <w:color w:val="1F2937"/>
                <w:sz w:val="22"/>
              </w:rPr>
              <w:t>u m</w:t>
            </w:r>
            <w:r>
              <w:rPr>
                <w:rFonts w:ascii="Arial" w:eastAsia="Arial" w:hAnsi="Arial"/>
                <w:color w:val="1F2937"/>
                <w:sz w:val="22"/>
              </w:rPr>
              <w:t>ẫ</w:t>
            </w:r>
            <w:r>
              <w:rPr>
                <w:rFonts w:ascii="Arial" w:eastAsia="Arial" w:hAnsi="Arial"/>
                <w:color w:val="1F2937"/>
                <w:sz w:val="22"/>
              </w:rPr>
              <w:t>u kê khai.</w:t>
            </w:r>
          </w:p>
        </w:tc>
      </w:tr>
      <w:tr w:rsidR="005670E3" w14:paraId="1DD422AA" w14:textId="77777777" w:rsidTr="001C6EC0">
        <w:trPr>
          <w:jc w:val="center"/>
        </w:trPr>
        <w:tc>
          <w:tcPr>
            <w:tcW w:w="2070" w:type="dxa"/>
            <w:shd w:val="clear" w:color="auto" w:fill="0B6B62"/>
            <w:vAlign w:val="center"/>
          </w:tcPr>
          <w:p w14:paraId="37FCDC20" w14:textId="77777777" w:rsidR="005670E3" w:rsidRDefault="00173E19" w:rsidP="001C6EC0">
            <w:pPr>
              <w:spacing w:before="120" w:after="120"/>
              <w:jc w:val="center"/>
            </w:pPr>
            <w:r>
              <w:rPr>
                <w:rFonts w:ascii="Arial" w:eastAsia="Arial" w:hAnsi="Arial"/>
                <w:b/>
                <w:color w:val="FFFFFF"/>
                <w:sz w:val="30"/>
              </w:rPr>
              <w:t>5</w:t>
            </w:r>
          </w:p>
        </w:tc>
        <w:tc>
          <w:tcPr>
            <w:tcW w:w="8370" w:type="dxa"/>
          </w:tcPr>
          <w:p w14:paraId="7A958DCA" w14:textId="77777777" w:rsidR="005670E3" w:rsidRDefault="00173E19" w:rsidP="001C6EC0">
            <w:pPr>
              <w:spacing w:before="120" w:after="120"/>
            </w:pPr>
            <w:r>
              <w:rPr>
                <w:rFonts w:ascii="Arial" w:eastAsia="Arial" w:hAnsi="Arial"/>
                <w:b/>
                <w:color w:val="0B6B62"/>
                <w:sz w:val="25"/>
              </w:rPr>
              <w:t>Kê khai thông tin và t</w:t>
            </w:r>
            <w:r>
              <w:rPr>
                <w:rFonts w:ascii="Arial" w:eastAsia="Arial" w:hAnsi="Arial"/>
                <w:b/>
                <w:color w:val="0B6B62"/>
                <w:sz w:val="25"/>
              </w:rPr>
              <w:t>ả</w:t>
            </w:r>
            <w:r>
              <w:rPr>
                <w:rFonts w:ascii="Arial" w:eastAsia="Arial" w:hAnsi="Arial"/>
                <w:b/>
                <w:color w:val="0B6B62"/>
                <w:sz w:val="25"/>
              </w:rPr>
              <w:t>i t</w:t>
            </w:r>
            <w:r>
              <w:rPr>
                <w:rFonts w:ascii="Arial" w:eastAsia="Arial" w:hAnsi="Arial"/>
                <w:b/>
                <w:color w:val="0B6B62"/>
                <w:sz w:val="25"/>
              </w:rPr>
              <w:t>ệ</w:t>
            </w:r>
            <w:r>
              <w:rPr>
                <w:rFonts w:ascii="Arial" w:eastAsia="Arial" w:hAnsi="Arial"/>
                <w:b/>
                <w:color w:val="0B6B62"/>
                <w:sz w:val="25"/>
              </w:rPr>
              <w:t>p</w:t>
            </w:r>
          </w:p>
          <w:p w14:paraId="566D7A3D" w14:textId="77777777" w:rsidR="005670E3" w:rsidRDefault="00173E19" w:rsidP="001C6EC0">
            <w:pPr>
              <w:spacing w:before="120" w:after="120"/>
              <w:ind w:left="113" w:hanging="102"/>
            </w:pPr>
            <w:r>
              <w:rPr>
                <w:rFonts w:ascii="Arial" w:eastAsia="Arial" w:hAnsi="Arial"/>
                <w:b/>
                <w:color w:val="D89A16"/>
                <w:sz w:val="22"/>
              </w:rPr>
              <w:t xml:space="preserve">– </w:t>
            </w:r>
            <w:r>
              <w:rPr>
                <w:rFonts w:ascii="Arial" w:eastAsia="Arial" w:hAnsi="Arial"/>
                <w:color w:val="1F2937"/>
                <w:sz w:val="22"/>
              </w:rPr>
              <w:t>Ki</w:t>
            </w:r>
            <w:r>
              <w:rPr>
                <w:rFonts w:ascii="Arial" w:eastAsia="Arial" w:hAnsi="Arial"/>
                <w:color w:val="1F2937"/>
                <w:sz w:val="22"/>
              </w:rPr>
              <w:t>ể</w:t>
            </w:r>
            <w:r>
              <w:rPr>
                <w:rFonts w:ascii="Arial" w:eastAsia="Arial" w:hAnsi="Arial"/>
                <w:color w:val="1F2937"/>
                <w:sz w:val="22"/>
              </w:rPr>
              <w:t>m tra</w:t>
            </w:r>
            <w:r>
              <w:rPr>
                <w:rFonts w:ascii="Arial" w:eastAsia="Arial" w:hAnsi="Arial"/>
                <w:color w:val="1F2937"/>
                <w:sz w:val="22"/>
              </w:rPr>
              <w:t xml:space="preserve"> đ</w:t>
            </w:r>
            <w:r>
              <w:rPr>
                <w:rFonts w:ascii="Arial" w:eastAsia="Arial" w:hAnsi="Arial"/>
                <w:color w:val="1F2937"/>
                <w:sz w:val="22"/>
              </w:rPr>
              <w:t>ầ</w:t>
            </w:r>
            <w:r>
              <w:rPr>
                <w:rFonts w:ascii="Arial" w:eastAsia="Arial" w:hAnsi="Arial"/>
                <w:color w:val="1F2937"/>
                <w:sz w:val="22"/>
              </w:rPr>
              <w:t>y đ</w:t>
            </w:r>
            <w:r>
              <w:rPr>
                <w:rFonts w:ascii="Arial" w:eastAsia="Arial" w:hAnsi="Arial"/>
                <w:color w:val="1F2937"/>
                <w:sz w:val="22"/>
              </w:rPr>
              <w:t>ủ</w:t>
            </w:r>
            <w:r>
              <w:rPr>
                <w:rFonts w:ascii="Arial" w:eastAsia="Arial" w:hAnsi="Arial"/>
                <w:color w:val="1F2937"/>
                <w:sz w:val="22"/>
              </w:rPr>
              <w:t xml:space="preserve"> thông tin cá nhân.</w:t>
            </w:r>
          </w:p>
          <w:p w14:paraId="40F759BD" w14:textId="77777777" w:rsidR="005670E3" w:rsidRDefault="00173E19" w:rsidP="001C6EC0">
            <w:pPr>
              <w:spacing w:before="120" w:after="120"/>
              <w:ind w:left="113" w:hanging="102"/>
            </w:pPr>
            <w:r>
              <w:rPr>
                <w:rFonts w:ascii="Arial" w:eastAsia="Arial" w:hAnsi="Arial"/>
                <w:b/>
                <w:color w:val="D89A16"/>
                <w:sz w:val="22"/>
              </w:rPr>
              <w:t xml:space="preserve">– </w:t>
            </w:r>
            <w:r>
              <w:rPr>
                <w:rFonts w:ascii="Arial" w:eastAsia="Arial" w:hAnsi="Arial"/>
                <w:color w:val="1F2937"/>
                <w:sz w:val="22"/>
              </w:rPr>
              <w:t>Ch</w:t>
            </w:r>
            <w:r>
              <w:rPr>
                <w:rFonts w:ascii="Arial" w:eastAsia="Arial" w:hAnsi="Arial"/>
                <w:color w:val="1F2937"/>
                <w:sz w:val="22"/>
              </w:rPr>
              <w:t>ọ</w:t>
            </w:r>
            <w:r>
              <w:rPr>
                <w:rFonts w:ascii="Arial" w:eastAsia="Arial" w:hAnsi="Arial"/>
                <w:color w:val="1F2937"/>
                <w:sz w:val="22"/>
              </w:rPr>
              <w:t>n đúng lo</w:t>
            </w:r>
            <w:r>
              <w:rPr>
                <w:rFonts w:ascii="Arial" w:eastAsia="Arial" w:hAnsi="Arial"/>
                <w:color w:val="1F2937"/>
                <w:sz w:val="22"/>
              </w:rPr>
              <w:t>ạ</w:t>
            </w:r>
            <w:r>
              <w:rPr>
                <w:rFonts w:ascii="Arial" w:eastAsia="Arial" w:hAnsi="Arial"/>
                <w:color w:val="1F2937"/>
                <w:sz w:val="22"/>
              </w:rPr>
              <w:t>i văn b</w:t>
            </w:r>
            <w:r>
              <w:rPr>
                <w:rFonts w:ascii="Arial" w:eastAsia="Arial" w:hAnsi="Arial"/>
                <w:color w:val="1F2937"/>
                <w:sz w:val="22"/>
              </w:rPr>
              <w:t>ằ</w:t>
            </w:r>
            <w:r>
              <w:rPr>
                <w:rFonts w:ascii="Arial" w:eastAsia="Arial" w:hAnsi="Arial"/>
                <w:color w:val="1F2937"/>
                <w:sz w:val="22"/>
              </w:rPr>
              <w:t>ng/ch</w:t>
            </w:r>
            <w:r>
              <w:rPr>
                <w:rFonts w:ascii="Arial" w:eastAsia="Arial" w:hAnsi="Arial"/>
                <w:color w:val="1F2937"/>
                <w:sz w:val="22"/>
              </w:rPr>
              <w:t>ứ</w:t>
            </w:r>
            <w:r>
              <w:rPr>
                <w:rFonts w:ascii="Arial" w:eastAsia="Arial" w:hAnsi="Arial"/>
                <w:color w:val="1F2937"/>
                <w:sz w:val="22"/>
              </w:rPr>
              <w:t>ng ch</w:t>
            </w:r>
            <w:r>
              <w:rPr>
                <w:rFonts w:ascii="Arial" w:eastAsia="Arial" w:hAnsi="Arial"/>
                <w:color w:val="1F2937"/>
                <w:sz w:val="22"/>
              </w:rPr>
              <w:t>ỉ</w:t>
            </w:r>
            <w:r>
              <w:rPr>
                <w:rFonts w:ascii="Arial" w:eastAsia="Arial" w:hAnsi="Arial"/>
                <w:color w:val="1F2937"/>
                <w:sz w:val="22"/>
              </w:rPr>
              <w:t>; nh</w:t>
            </w:r>
            <w:r>
              <w:rPr>
                <w:rFonts w:ascii="Arial" w:eastAsia="Arial" w:hAnsi="Arial"/>
                <w:color w:val="1F2937"/>
                <w:sz w:val="22"/>
              </w:rPr>
              <w:t>ậ</w:t>
            </w:r>
            <w:r>
              <w:rPr>
                <w:rFonts w:ascii="Arial" w:eastAsia="Arial" w:hAnsi="Arial"/>
                <w:color w:val="1F2937"/>
                <w:sz w:val="22"/>
              </w:rPr>
              <w:t>p đơn v</w:t>
            </w:r>
            <w:r>
              <w:rPr>
                <w:rFonts w:ascii="Arial" w:eastAsia="Arial" w:hAnsi="Arial"/>
                <w:color w:val="1F2937"/>
                <w:sz w:val="22"/>
              </w:rPr>
              <w:t>ị</w:t>
            </w:r>
            <w:r>
              <w:rPr>
                <w:rFonts w:ascii="Arial" w:eastAsia="Arial" w:hAnsi="Arial"/>
                <w:color w:val="1F2937"/>
                <w:sz w:val="22"/>
              </w:rPr>
              <w:t xml:space="preserve"> c</w:t>
            </w:r>
            <w:r>
              <w:rPr>
                <w:rFonts w:ascii="Arial" w:eastAsia="Arial" w:hAnsi="Arial"/>
                <w:color w:val="1F2937"/>
                <w:sz w:val="22"/>
              </w:rPr>
              <w:t>ấ</w:t>
            </w:r>
            <w:r>
              <w:rPr>
                <w:rFonts w:ascii="Arial" w:eastAsia="Arial" w:hAnsi="Arial"/>
                <w:color w:val="1F2937"/>
                <w:sz w:val="22"/>
              </w:rPr>
              <w:t>p, ngày c</w:t>
            </w:r>
            <w:r>
              <w:rPr>
                <w:rFonts w:ascii="Arial" w:eastAsia="Arial" w:hAnsi="Arial"/>
                <w:color w:val="1F2937"/>
                <w:sz w:val="22"/>
              </w:rPr>
              <w:t>ấ</w:t>
            </w:r>
            <w:r>
              <w:rPr>
                <w:rFonts w:ascii="Arial" w:eastAsia="Arial" w:hAnsi="Arial"/>
                <w:color w:val="1F2937"/>
                <w:sz w:val="22"/>
              </w:rPr>
              <w:t>p, ngày h</w:t>
            </w:r>
            <w:r>
              <w:rPr>
                <w:rFonts w:ascii="Arial" w:eastAsia="Arial" w:hAnsi="Arial"/>
                <w:color w:val="1F2937"/>
                <w:sz w:val="22"/>
              </w:rPr>
              <w:t>ế</w:t>
            </w:r>
            <w:r>
              <w:rPr>
                <w:rFonts w:ascii="Arial" w:eastAsia="Arial" w:hAnsi="Arial"/>
                <w:color w:val="1F2937"/>
                <w:sz w:val="22"/>
              </w:rPr>
              <w:t>t h</w:t>
            </w:r>
            <w:r>
              <w:rPr>
                <w:rFonts w:ascii="Arial" w:eastAsia="Arial" w:hAnsi="Arial"/>
                <w:color w:val="1F2937"/>
                <w:sz w:val="22"/>
              </w:rPr>
              <w:t>ạ</w:t>
            </w:r>
            <w:r>
              <w:rPr>
                <w:rFonts w:ascii="Arial" w:eastAsia="Arial" w:hAnsi="Arial"/>
                <w:color w:val="1F2937"/>
                <w:sz w:val="22"/>
              </w:rPr>
              <w:t>n, đi</w:t>
            </w:r>
            <w:r>
              <w:rPr>
                <w:rFonts w:ascii="Arial" w:eastAsia="Arial" w:hAnsi="Arial"/>
                <w:color w:val="1F2937"/>
                <w:sz w:val="22"/>
              </w:rPr>
              <w:t>ể</w:t>
            </w:r>
            <w:r>
              <w:rPr>
                <w:rFonts w:ascii="Arial" w:eastAsia="Arial" w:hAnsi="Arial"/>
                <w:color w:val="1F2937"/>
                <w:sz w:val="22"/>
              </w:rPr>
              <w:t>m s</w:t>
            </w:r>
            <w:r>
              <w:rPr>
                <w:rFonts w:ascii="Arial" w:eastAsia="Arial" w:hAnsi="Arial"/>
                <w:color w:val="1F2937"/>
                <w:sz w:val="22"/>
              </w:rPr>
              <w:t>ố</w:t>
            </w:r>
            <w:r>
              <w:rPr>
                <w:rFonts w:ascii="Arial" w:eastAsia="Arial" w:hAnsi="Arial"/>
                <w:color w:val="1F2937"/>
                <w:sz w:val="22"/>
              </w:rPr>
              <w:t xml:space="preserve"> và thông tin tra c</w:t>
            </w:r>
            <w:r>
              <w:rPr>
                <w:rFonts w:ascii="Arial" w:eastAsia="Arial" w:hAnsi="Arial"/>
                <w:color w:val="1F2937"/>
                <w:sz w:val="22"/>
              </w:rPr>
              <w:t>ứ</w:t>
            </w:r>
            <w:r>
              <w:rPr>
                <w:rFonts w:ascii="Arial" w:eastAsia="Arial" w:hAnsi="Arial"/>
                <w:color w:val="1F2937"/>
                <w:sz w:val="22"/>
              </w:rPr>
              <w:t>u.</w:t>
            </w:r>
          </w:p>
          <w:p w14:paraId="6C3A90DB" w14:textId="77777777" w:rsidR="005670E3" w:rsidRDefault="00173E19" w:rsidP="001C6EC0">
            <w:pPr>
              <w:spacing w:before="120" w:after="120"/>
              <w:ind w:left="113" w:hanging="102"/>
            </w:pPr>
            <w:r>
              <w:rPr>
                <w:rFonts w:ascii="Arial" w:eastAsia="Arial" w:hAnsi="Arial"/>
                <w:b/>
                <w:color w:val="D89A16"/>
                <w:sz w:val="22"/>
              </w:rPr>
              <w:t xml:space="preserve">– </w:t>
            </w:r>
            <w:r>
              <w:rPr>
                <w:rFonts w:ascii="Arial" w:eastAsia="Arial" w:hAnsi="Arial"/>
                <w:color w:val="1F2937"/>
                <w:sz w:val="22"/>
              </w:rPr>
              <w:t>T</w:t>
            </w:r>
            <w:r>
              <w:rPr>
                <w:rFonts w:ascii="Arial" w:eastAsia="Arial" w:hAnsi="Arial"/>
                <w:color w:val="1F2937"/>
                <w:sz w:val="22"/>
              </w:rPr>
              <w:t>ả</w:t>
            </w:r>
            <w:r>
              <w:rPr>
                <w:rFonts w:ascii="Arial" w:eastAsia="Arial" w:hAnsi="Arial"/>
                <w:color w:val="1F2937"/>
                <w:sz w:val="22"/>
              </w:rPr>
              <w:t xml:space="preserve">i </w:t>
            </w:r>
            <w:r>
              <w:rPr>
                <w:rFonts w:ascii="Arial" w:eastAsia="Arial" w:hAnsi="Arial"/>
                <w:color w:val="1F2937"/>
                <w:sz w:val="22"/>
              </w:rPr>
              <w:t>ả</w:t>
            </w:r>
            <w:r>
              <w:rPr>
                <w:rFonts w:ascii="Arial" w:eastAsia="Arial" w:hAnsi="Arial"/>
                <w:color w:val="1F2937"/>
                <w:sz w:val="22"/>
              </w:rPr>
              <w:t>nh th</w:t>
            </w:r>
            <w:r>
              <w:rPr>
                <w:rFonts w:ascii="Arial" w:eastAsia="Arial" w:hAnsi="Arial"/>
                <w:color w:val="1F2937"/>
                <w:sz w:val="22"/>
              </w:rPr>
              <w:t>ẻ</w:t>
            </w:r>
            <w:r>
              <w:rPr>
                <w:rFonts w:ascii="Arial" w:eastAsia="Arial" w:hAnsi="Arial"/>
                <w:color w:val="1F2937"/>
                <w:sz w:val="22"/>
              </w:rPr>
              <w:t xml:space="preserve"> 3x4, b</w:t>
            </w:r>
            <w:r>
              <w:rPr>
                <w:rFonts w:ascii="Arial" w:eastAsia="Arial" w:hAnsi="Arial"/>
                <w:color w:val="1F2937"/>
                <w:sz w:val="22"/>
              </w:rPr>
              <w:t>ả</w:t>
            </w:r>
            <w:r>
              <w:rPr>
                <w:rFonts w:ascii="Arial" w:eastAsia="Arial" w:hAnsi="Arial"/>
                <w:color w:val="1F2937"/>
                <w:sz w:val="22"/>
              </w:rPr>
              <w:t>n ch</w:t>
            </w:r>
            <w:r>
              <w:rPr>
                <w:rFonts w:ascii="Arial" w:eastAsia="Arial" w:hAnsi="Arial"/>
                <w:color w:val="1F2937"/>
                <w:sz w:val="22"/>
              </w:rPr>
              <w:t>ụ</w:t>
            </w:r>
            <w:r>
              <w:rPr>
                <w:rFonts w:ascii="Arial" w:eastAsia="Arial" w:hAnsi="Arial"/>
                <w:color w:val="1F2937"/>
                <w:sz w:val="22"/>
              </w:rPr>
              <w:t>p văn b</w:t>
            </w:r>
            <w:r>
              <w:rPr>
                <w:rFonts w:ascii="Arial" w:eastAsia="Arial" w:hAnsi="Arial"/>
                <w:color w:val="1F2937"/>
                <w:sz w:val="22"/>
              </w:rPr>
              <w:t>ằ</w:t>
            </w:r>
            <w:r>
              <w:rPr>
                <w:rFonts w:ascii="Arial" w:eastAsia="Arial" w:hAnsi="Arial"/>
                <w:color w:val="1F2937"/>
                <w:sz w:val="22"/>
              </w:rPr>
              <w:t>ng/ch</w:t>
            </w:r>
            <w:r>
              <w:rPr>
                <w:rFonts w:ascii="Arial" w:eastAsia="Arial" w:hAnsi="Arial"/>
                <w:color w:val="1F2937"/>
                <w:sz w:val="22"/>
              </w:rPr>
              <w:t>ứ</w:t>
            </w:r>
            <w:r>
              <w:rPr>
                <w:rFonts w:ascii="Arial" w:eastAsia="Arial" w:hAnsi="Arial"/>
                <w:color w:val="1F2937"/>
                <w:sz w:val="22"/>
              </w:rPr>
              <w:t>ng ch</w:t>
            </w:r>
            <w:r>
              <w:rPr>
                <w:rFonts w:ascii="Arial" w:eastAsia="Arial" w:hAnsi="Arial"/>
                <w:color w:val="1F2937"/>
                <w:sz w:val="22"/>
              </w:rPr>
              <w:t>ỉ</w:t>
            </w:r>
            <w:r>
              <w:rPr>
                <w:rFonts w:ascii="Arial" w:eastAsia="Arial" w:hAnsi="Arial"/>
                <w:color w:val="1F2937"/>
                <w:sz w:val="22"/>
              </w:rPr>
              <w:t xml:space="preserve"> và các minh ch</w:t>
            </w:r>
            <w:r>
              <w:rPr>
                <w:rFonts w:ascii="Arial" w:eastAsia="Arial" w:hAnsi="Arial"/>
                <w:color w:val="1F2937"/>
                <w:sz w:val="22"/>
              </w:rPr>
              <w:t>ứ</w:t>
            </w:r>
            <w:r>
              <w:rPr>
                <w:rFonts w:ascii="Arial" w:eastAsia="Arial" w:hAnsi="Arial"/>
                <w:color w:val="1F2937"/>
                <w:sz w:val="22"/>
              </w:rPr>
              <w:t>ng đư</w:t>
            </w:r>
            <w:r>
              <w:rPr>
                <w:rFonts w:ascii="Arial" w:eastAsia="Arial" w:hAnsi="Arial"/>
                <w:color w:val="1F2937"/>
                <w:sz w:val="22"/>
              </w:rPr>
              <w:t>ợ</w:t>
            </w:r>
            <w:r>
              <w:rPr>
                <w:rFonts w:ascii="Arial" w:eastAsia="Arial" w:hAnsi="Arial"/>
                <w:color w:val="1F2937"/>
                <w:sz w:val="22"/>
              </w:rPr>
              <w:t>c yêu c</w:t>
            </w:r>
            <w:r>
              <w:rPr>
                <w:rFonts w:ascii="Arial" w:eastAsia="Arial" w:hAnsi="Arial"/>
                <w:color w:val="1F2937"/>
                <w:sz w:val="22"/>
              </w:rPr>
              <w:t>ầ</w:t>
            </w:r>
            <w:r>
              <w:rPr>
                <w:rFonts w:ascii="Arial" w:eastAsia="Arial" w:hAnsi="Arial"/>
                <w:color w:val="1F2937"/>
                <w:sz w:val="22"/>
              </w:rPr>
              <w:t>u.</w:t>
            </w:r>
          </w:p>
        </w:tc>
      </w:tr>
      <w:tr w:rsidR="005670E3" w14:paraId="010D3890" w14:textId="77777777" w:rsidTr="001C6EC0">
        <w:trPr>
          <w:jc w:val="center"/>
        </w:trPr>
        <w:tc>
          <w:tcPr>
            <w:tcW w:w="2070" w:type="dxa"/>
            <w:shd w:val="clear" w:color="auto" w:fill="0B6B62"/>
            <w:vAlign w:val="center"/>
          </w:tcPr>
          <w:p w14:paraId="6E428608" w14:textId="77777777" w:rsidR="005670E3" w:rsidRDefault="00173E19" w:rsidP="001C6EC0">
            <w:pPr>
              <w:spacing w:before="120" w:after="120"/>
              <w:jc w:val="center"/>
            </w:pPr>
            <w:r>
              <w:rPr>
                <w:rFonts w:ascii="Arial" w:eastAsia="Arial" w:hAnsi="Arial"/>
                <w:b/>
                <w:color w:val="FFFFFF"/>
                <w:sz w:val="30"/>
              </w:rPr>
              <w:t>6</w:t>
            </w:r>
          </w:p>
        </w:tc>
        <w:tc>
          <w:tcPr>
            <w:tcW w:w="8370" w:type="dxa"/>
          </w:tcPr>
          <w:p w14:paraId="091CDC8B" w14:textId="77777777" w:rsidR="005670E3" w:rsidRDefault="00173E19" w:rsidP="001C6EC0">
            <w:pPr>
              <w:spacing w:before="120" w:after="120"/>
            </w:pPr>
            <w:r>
              <w:rPr>
                <w:rFonts w:ascii="Arial" w:eastAsia="Arial" w:hAnsi="Arial"/>
                <w:b/>
                <w:color w:val="0B6B62"/>
                <w:sz w:val="25"/>
              </w:rPr>
              <w:t>G</w:t>
            </w:r>
            <w:r>
              <w:rPr>
                <w:rFonts w:ascii="Arial" w:eastAsia="Arial" w:hAnsi="Arial"/>
                <w:b/>
                <w:color w:val="0B6B62"/>
                <w:sz w:val="25"/>
              </w:rPr>
              <w:t>ử</w:t>
            </w:r>
            <w:r>
              <w:rPr>
                <w:rFonts w:ascii="Arial" w:eastAsia="Arial" w:hAnsi="Arial"/>
                <w:b/>
                <w:color w:val="0B6B62"/>
                <w:sz w:val="25"/>
              </w:rPr>
              <w:t>i h</w:t>
            </w:r>
            <w:r>
              <w:rPr>
                <w:rFonts w:ascii="Arial" w:eastAsia="Arial" w:hAnsi="Arial"/>
                <w:b/>
                <w:color w:val="0B6B62"/>
                <w:sz w:val="25"/>
              </w:rPr>
              <w:t>ồ</w:t>
            </w:r>
            <w:r>
              <w:rPr>
                <w:rFonts w:ascii="Arial" w:eastAsia="Arial" w:hAnsi="Arial"/>
                <w:b/>
                <w:color w:val="0B6B62"/>
                <w:sz w:val="25"/>
              </w:rPr>
              <w:t xml:space="preserve"> sơ và thanh toán</w:t>
            </w:r>
          </w:p>
          <w:p w14:paraId="334568E2" w14:textId="77777777" w:rsidR="005670E3" w:rsidRDefault="00173E19" w:rsidP="001C6EC0">
            <w:pPr>
              <w:spacing w:before="120" w:after="120"/>
              <w:ind w:left="113" w:hanging="102"/>
            </w:pPr>
            <w:r>
              <w:rPr>
                <w:rFonts w:ascii="Arial" w:eastAsia="Arial" w:hAnsi="Arial"/>
                <w:b/>
                <w:color w:val="D89A16"/>
                <w:sz w:val="22"/>
              </w:rPr>
              <w:t xml:space="preserve">– </w:t>
            </w:r>
            <w:r>
              <w:rPr>
                <w:rFonts w:ascii="Arial" w:eastAsia="Arial" w:hAnsi="Arial"/>
                <w:color w:val="1F2937"/>
                <w:sz w:val="22"/>
              </w:rPr>
              <w:t xml:space="preserve">Rà soát toàn </w:t>
            </w:r>
            <w:r>
              <w:rPr>
                <w:rFonts w:ascii="Arial" w:eastAsia="Arial" w:hAnsi="Arial"/>
                <w:color w:val="1F2937"/>
                <w:sz w:val="22"/>
              </w:rPr>
              <w:t>b</w:t>
            </w:r>
            <w:r>
              <w:rPr>
                <w:rFonts w:ascii="Arial" w:eastAsia="Arial" w:hAnsi="Arial"/>
                <w:color w:val="1F2937"/>
                <w:sz w:val="22"/>
              </w:rPr>
              <w:t>ộ</w:t>
            </w:r>
            <w:r>
              <w:rPr>
                <w:rFonts w:ascii="Arial" w:eastAsia="Arial" w:hAnsi="Arial"/>
                <w:color w:val="1F2937"/>
                <w:sz w:val="22"/>
              </w:rPr>
              <w:t xml:space="preserve"> n</w:t>
            </w:r>
            <w:r>
              <w:rPr>
                <w:rFonts w:ascii="Arial" w:eastAsia="Arial" w:hAnsi="Arial"/>
                <w:color w:val="1F2937"/>
                <w:sz w:val="22"/>
              </w:rPr>
              <w:t>ộ</w:t>
            </w:r>
            <w:r>
              <w:rPr>
                <w:rFonts w:ascii="Arial" w:eastAsia="Arial" w:hAnsi="Arial"/>
                <w:color w:val="1F2937"/>
                <w:sz w:val="22"/>
              </w:rPr>
              <w:t>i dung trư</w:t>
            </w:r>
            <w:r>
              <w:rPr>
                <w:rFonts w:ascii="Arial" w:eastAsia="Arial" w:hAnsi="Arial"/>
                <w:color w:val="1F2937"/>
                <w:sz w:val="22"/>
              </w:rPr>
              <w:t>ớ</w:t>
            </w:r>
            <w:r>
              <w:rPr>
                <w:rFonts w:ascii="Arial" w:eastAsia="Arial" w:hAnsi="Arial"/>
                <w:color w:val="1F2937"/>
                <w:sz w:val="22"/>
              </w:rPr>
              <w:t>c khi g</w:t>
            </w:r>
            <w:r>
              <w:rPr>
                <w:rFonts w:ascii="Arial" w:eastAsia="Arial" w:hAnsi="Arial"/>
                <w:color w:val="1F2937"/>
                <w:sz w:val="22"/>
              </w:rPr>
              <w:t>ử</w:t>
            </w:r>
            <w:r>
              <w:rPr>
                <w:rFonts w:ascii="Arial" w:eastAsia="Arial" w:hAnsi="Arial"/>
                <w:color w:val="1F2937"/>
                <w:sz w:val="22"/>
              </w:rPr>
              <w:t>i.</w:t>
            </w:r>
          </w:p>
          <w:p w14:paraId="08D57C46" w14:textId="77777777" w:rsidR="005670E3" w:rsidRDefault="00173E19" w:rsidP="001C6EC0">
            <w:pPr>
              <w:spacing w:before="120" w:after="120"/>
              <w:ind w:left="113" w:hanging="102"/>
            </w:pPr>
            <w:r>
              <w:rPr>
                <w:rFonts w:ascii="Arial" w:eastAsia="Arial" w:hAnsi="Arial"/>
                <w:b/>
                <w:color w:val="D89A16"/>
                <w:sz w:val="22"/>
              </w:rPr>
              <w:t xml:space="preserve">– </w:t>
            </w:r>
            <w:r>
              <w:rPr>
                <w:rFonts w:ascii="Arial" w:eastAsia="Arial" w:hAnsi="Arial"/>
                <w:color w:val="1F2937"/>
                <w:sz w:val="22"/>
              </w:rPr>
              <w:t>Thanh toán kho</w:t>
            </w:r>
            <w:r>
              <w:rPr>
                <w:rFonts w:ascii="Arial" w:eastAsia="Arial" w:hAnsi="Arial"/>
                <w:color w:val="1F2937"/>
                <w:sz w:val="22"/>
              </w:rPr>
              <w:t>ả</w:t>
            </w:r>
            <w:r>
              <w:rPr>
                <w:rFonts w:ascii="Arial" w:eastAsia="Arial" w:hAnsi="Arial"/>
                <w:color w:val="1F2937"/>
                <w:sz w:val="22"/>
              </w:rPr>
              <w:t>n phí theo mã QR hi</w:t>
            </w:r>
            <w:r>
              <w:rPr>
                <w:rFonts w:ascii="Arial" w:eastAsia="Arial" w:hAnsi="Arial"/>
                <w:color w:val="1F2937"/>
                <w:sz w:val="22"/>
              </w:rPr>
              <w:t>ể</w:t>
            </w:r>
            <w:r>
              <w:rPr>
                <w:rFonts w:ascii="Arial" w:eastAsia="Arial" w:hAnsi="Arial"/>
                <w:color w:val="1F2937"/>
                <w:sz w:val="22"/>
              </w:rPr>
              <w:t>n th</w:t>
            </w:r>
            <w:r>
              <w:rPr>
                <w:rFonts w:ascii="Arial" w:eastAsia="Arial" w:hAnsi="Arial"/>
                <w:color w:val="1F2937"/>
                <w:sz w:val="22"/>
              </w:rPr>
              <w:t>ị</w:t>
            </w:r>
            <w:r>
              <w:rPr>
                <w:rFonts w:ascii="Arial" w:eastAsia="Arial" w:hAnsi="Arial"/>
                <w:color w:val="1F2937"/>
                <w:sz w:val="22"/>
              </w:rPr>
              <w:t xml:space="preserve"> trên h</w:t>
            </w:r>
            <w:r>
              <w:rPr>
                <w:rFonts w:ascii="Arial" w:eastAsia="Arial" w:hAnsi="Arial"/>
                <w:color w:val="1F2937"/>
                <w:sz w:val="22"/>
              </w:rPr>
              <w:t>ệ</w:t>
            </w:r>
            <w:r>
              <w:rPr>
                <w:rFonts w:ascii="Arial" w:eastAsia="Arial" w:hAnsi="Arial"/>
                <w:color w:val="1F2937"/>
                <w:sz w:val="22"/>
              </w:rPr>
              <w:t xml:space="preserve"> th</w:t>
            </w:r>
            <w:r>
              <w:rPr>
                <w:rFonts w:ascii="Arial" w:eastAsia="Arial" w:hAnsi="Arial"/>
                <w:color w:val="1F2937"/>
                <w:sz w:val="22"/>
              </w:rPr>
              <w:t>ố</w:t>
            </w:r>
            <w:r>
              <w:rPr>
                <w:rFonts w:ascii="Arial" w:eastAsia="Arial" w:hAnsi="Arial"/>
                <w:color w:val="1F2937"/>
                <w:sz w:val="22"/>
              </w:rPr>
              <w:t>ng (n</w:t>
            </w:r>
            <w:r>
              <w:rPr>
                <w:rFonts w:ascii="Arial" w:eastAsia="Arial" w:hAnsi="Arial"/>
                <w:color w:val="1F2937"/>
                <w:sz w:val="22"/>
              </w:rPr>
              <w:t>ế</w:t>
            </w:r>
            <w:r>
              <w:rPr>
                <w:rFonts w:ascii="Arial" w:eastAsia="Arial" w:hAnsi="Arial"/>
                <w:color w:val="1F2937"/>
                <w:sz w:val="22"/>
              </w:rPr>
              <w:t>u có) và lưu thông tin giao d</w:t>
            </w:r>
            <w:r>
              <w:rPr>
                <w:rFonts w:ascii="Arial" w:eastAsia="Arial" w:hAnsi="Arial"/>
                <w:color w:val="1F2937"/>
                <w:sz w:val="22"/>
              </w:rPr>
              <w:t>ị</w:t>
            </w:r>
            <w:r>
              <w:rPr>
                <w:rFonts w:ascii="Arial" w:eastAsia="Arial" w:hAnsi="Arial"/>
                <w:color w:val="1F2937"/>
                <w:sz w:val="22"/>
              </w:rPr>
              <w:t>ch.</w:t>
            </w:r>
          </w:p>
        </w:tc>
      </w:tr>
      <w:tr w:rsidR="005670E3" w14:paraId="3A818C23" w14:textId="77777777" w:rsidTr="001C6EC0">
        <w:trPr>
          <w:jc w:val="center"/>
        </w:trPr>
        <w:tc>
          <w:tcPr>
            <w:tcW w:w="2070" w:type="dxa"/>
            <w:shd w:val="clear" w:color="auto" w:fill="0B6B62"/>
            <w:vAlign w:val="center"/>
          </w:tcPr>
          <w:p w14:paraId="733FA974" w14:textId="77777777" w:rsidR="005670E3" w:rsidRDefault="00173E19" w:rsidP="001C6EC0">
            <w:pPr>
              <w:spacing w:before="120" w:after="120"/>
              <w:jc w:val="center"/>
            </w:pPr>
            <w:r>
              <w:rPr>
                <w:rFonts w:ascii="Arial" w:eastAsia="Arial" w:hAnsi="Arial"/>
                <w:b/>
                <w:color w:val="FFFFFF"/>
                <w:sz w:val="30"/>
              </w:rPr>
              <w:t>7</w:t>
            </w:r>
          </w:p>
        </w:tc>
        <w:tc>
          <w:tcPr>
            <w:tcW w:w="8370" w:type="dxa"/>
          </w:tcPr>
          <w:p w14:paraId="6C54A95F" w14:textId="77777777" w:rsidR="005670E3" w:rsidRDefault="00173E19" w:rsidP="001C6EC0">
            <w:pPr>
              <w:spacing w:before="120" w:after="120"/>
            </w:pPr>
            <w:r>
              <w:rPr>
                <w:rFonts w:ascii="Arial" w:eastAsia="Arial" w:hAnsi="Arial"/>
                <w:b/>
                <w:color w:val="0B6B62"/>
                <w:sz w:val="25"/>
              </w:rPr>
              <w:t>Tra c</w:t>
            </w:r>
            <w:r>
              <w:rPr>
                <w:rFonts w:ascii="Arial" w:eastAsia="Arial" w:hAnsi="Arial"/>
                <w:b/>
                <w:color w:val="0B6B62"/>
                <w:sz w:val="25"/>
              </w:rPr>
              <w:t>ứ</w:t>
            </w:r>
            <w:r>
              <w:rPr>
                <w:rFonts w:ascii="Arial" w:eastAsia="Arial" w:hAnsi="Arial"/>
                <w:b/>
                <w:color w:val="0B6B62"/>
                <w:sz w:val="25"/>
              </w:rPr>
              <w:t>u và ti</w:t>
            </w:r>
            <w:r>
              <w:rPr>
                <w:rFonts w:ascii="Arial" w:eastAsia="Arial" w:hAnsi="Arial"/>
                <w:b/>
                <w:color w:val="0B6B62"/>
                <w:sz w:val="25"/>
              </w:rPr>
              <w:t>ế</w:t>
            </w:r>
            <w:r>
              <w:rPr>
                <w:rFonts w:ascii="Arial" w:eastAsia="Arial" w:hAnsi="Arial"/>
                <w:b/>
                <w:color w:val="0B6B62"/>
                <w:sz w:val="25"/>
              </w:rPr>
              <w:t>p t</w:t>
            </w:r>
            <w:r>
              <w:rPr>
                <w:rFonts w:ascii="Arial" w:eastAsia="Arial" w:hAnsi="Arial"/>
                <w:b/>
                <w:color w:val="0B6B62"/>
                <w:sz w:val="25"/>
              </w:rPr>
              <w:t>ụ</w:t>
            </w:r>
            <w:r>
              <w:rPr>
                <w:rFonts w:ascii="Arial" w:eastAsia="Arial" w:hAnsi="Arial"/>
                <w:b/>
                <w:color w:val="0B6B62"/>
                <w:sz w:val="25"/>
              </w:rPr>
              <w:t>c h</w:t>
            </w:r>
            <w:r>
              <w:rPr>
                <w:rFonts w:ascii="Arial" w:eastAsia="Arial" w:hAnsi="Arial"/>
                <w:b/>
                <w:color w:val="0B6B62"/>
                <w:sz w:val="25"/>
              </w:rPr>
              <w:t>ồ</w:t>
            </w:r>
            <w:r>
              <w:rPr>
                <w:rFonts w:ascii="Arial" w:eastAsia="Arial" w:hAnsi="Arial"/>
                <w:b/>
                <w:color w:val="0B6B62"/>
                <w:sz w:val="25"/>
              </w:rPr>
              <w:t xml:space="preserve"> sơ d</w:t>
            </w:r>
            <w:r>
              <w:rPr>
                <w:rFonts w:ascii="Arial" w:eastAsia="Arial" w:hAnsi="Arial"/>
                <w:b/>
                <w:color w:val="0B6B62"/>
                <w:sz w:val="25"/>
              </w:rPr>
              <w:t>ự</w:t>
            </w:r>
            <w:r>
              <w:rPr>
                <w:rFonts w:ascii="Arial" w:eastAsia="Arial" w:hAnsi="Arial"/>
                <w:b/>
                <w:color w:val="0B6B62"/>
                <w:sz w:val="25"/>
              </w:rPr>
              <w:t xml:space="preserve"> tuy</w:t>
            </w:r>
            <w:r>
              <w:rPr>
                <w:rFonts w:ascii="Arial" w:eastAsia="Arial" w:hAnsi="Arial"/>
                <w:b/>
                <w:color w:val="0B6B62"/>
                <w:sz w:val="25"/>
              </w:rPr>
              <w:t>ể</w:t>
            </w:r>
            <w:r>
              <w:rPr>
                <w:rFonts w:ascii="Arial" w:eastAsia="Arial" w:hAnsi="Arial"/>
                <w:b/>
                <w:color w:val="0B6B62"/>
                <w:sz w:val="25"/>
              </w:rPr>
              <w:t>n</w:t>
            </w:r>
          </w:p>
          <w:p w14:paraId="06F28BFD" w14:textId="77777777" w:rsidR="005670E3" w:rsidRDefault="00173E19" w:rsidP="001C6EC0">
            <w:pPr>
              <w:spacing w:before="120" w:after="120"/>
              <w:ind w:left="113" w:hanging="102"/>
            </w:pPr>
            <w:r>
              <w:rPr>
                <w:rFonts w:ascii="Arial" w:eastAsia="Arial" w:hAnsi="Arial"/>
                <w:b/>
                <w:color w:val="D89A16"/>
                <w:sz w:val="22"/>
              </w:rPr>
              <w:t xml:space="preserve">– </w:t>
            </w:r>
            <w:r>
              <w:rPr>
                <w:rFonts w:ascii="Arial" w:eastAsia="Arial" w:hAnsi="Arial"/>
                <w:color w:val="1F2937"/>
                <w:sz w:val="22"/>
              </w:rPr>
              <w:t>Vào m</w:t>
            </w:r>
            <w:r>
              <w:rPr>
                <w:rFonts w:ascii="Arial" w:eastAsia="Arial" w:hAnsi="Arial"/>
                <w:color w:val="1F2937"/>
                <w:sz w:val="22"/>
              </w:rPr>
              <w:t>ụ</w:t>
            </w:r>
            <w:r>
              <w:rPr>
                <w:rFonts w:ascii="Arial" w:eastAsia="Arial" w:hAnsi="Arial"/>
                <w:color w:val="1F2937"/>
                <w:sz w:val="22"/>
              </w:rPr>
              <w:t>c “Tra c</w:t>
            </w:r>
            <w:r>
              <w:rPr>
                <w:rFonts w:ascii="Arial" w:eastAsia="Arial" w:hAnsi="Arial"/>
                <w:color w:val="1F2937"/>
                <w:sz w:val="22"/>
              </w:rPr>
              <w:t>ứ</w:t>
            </w:r>
            <w:r>
              <w:rPr>
                <w:rFonts w:ascii="Arial" w:eastAsia="Arial" w:hAnsi="Arial"/>
                <w:color w:val="1F2937"/>
                <w:sz w:val="22"/>
              </w:rPr>
              <w:t>u” đ</w:t>
            </w:r>
            <w:r>
              <w:rPr>
                <w:rFonts w:ascii="Arial" w:eastAsia="Arial" w:hAnsi="Arial"/>
                <w:color w:val="1F2937"/>
                <w:sz w:val="22"/>
              </w:rPr>
              <w:t>ể</w:t>
            </w:r>
            <w:r>
              <w:rPr>
                <w:rFonts w:ascii="Arial" w:eastAsia="Arial" w:hAnsi="Arial"/>
                <w:color w:val="1F2937"/>
                <w:sz w:val="22"/>
              </w:rPr>
              <w:t xml:space="preserve"> ki</w:t>
            </w:r>
            <w:r>
              <w:rPr>
                <w:rFonts w:ascii="Arial" w:eastAsia="Arial" w:hAnsi="Arial"/>
                <w:color w:val="1F2937"/>
                <w:sz w:val="22"/>
              </w:rPr>
              <w:t>ể</w:t>
            </w:r>
            <w:r>
              <w:rPr>
                <w:rFonts w:ascii="Arial" w:eastAsia="Arial" w:hAnsi="Arial"/>
                <w:color w:val="1F2937"/>
                <w:sz w:val="22"/>
              </w:rPr>
              <w:t>m tra tr</w:t>
            </w:r>
            <w:r>
              <w:rPr>
                <w:rFonts w:ascii="Arial" w:eastAsia="Arial" w:hAnsi="Arial"/>
                <w:color w:val="1F2937"/>
                <w:sz w:val="22"/>
              </w:rPr>
              <w:t>ạ</w:t>
            </w:r>
            <w:r>
              <w:rPr>
                <w:rFonts w:ascii="Arial" w:eastAsia="Arial" w:hAnsi="Arial"/>
                <w:color w:val="1F2937"/>
                <w:sz w:val="22"/>
              </w:rPr>
              <w:t>ng thái, t</w:t>
            </w:r>
            <w:r>
              <w:rPr>
                <w:rFonts w:ascii="Arial" w:eastAsia="Arial" w:hAnsi="Arial"/>
                <w:color w:val="1F2937"/>
                <w:sz w:val="22"/>
              </w:rPr>
              <w:t>ả</w:t>
            </w:r>
            <w:r>
              <w:rPr>
                <w:rFonts w:ascii="Arial" w:eastAsia="Arial" w:hAnsi="Arial"/>
                <w:color w:val="1F2937"/>
                <w:sz w:val="22"/>
              </w:rPr>
              <w:t>i/xu</w:t>
            </w:r>
            <w:r>
              <w:rPr>
                <w:rFonts w:ascii="Arial" w:eastAsia="Arial" w:hAnsi="Arial"/>
                <w:color w:val="1F2937"/>
                <w:sz w:val="22"/>
              </w:rPr>
              <w:t>ấ</w:t>
            </w:r>
            <w:r>
              <w:rPr>
                <w:rFonts w:ascii="Arial" w:eastAsia="Arial" w:hAnsi="Arial"/>
                <w:color w:val="1F2937"/>
                <w:sz w:val="22"/>
              </w:rPr>
              <w:t>t đơn đăng ký n</w:t>
            </w:r>
            <w:r>
              <w:rPr>
                <w:rFonts w:ascii="Arial" w:eastAsia="Arial" w:hAnsi="Arial"/>
                <w:color w:val="1F2937"/>
                <w:sz w:val="22"/>
              </w:rPr>
              <w:t>ế</w:t>
            </w:r>
            <w:r>
              <w:rPr>
                <w:rFonts w:ascii="Arial" w:eastAsia="Arial" w:hAnsi="Arial"/>
                <w:color w:val="1F2937"/>
                <w:sz w:val="22"/>
              </w:rPr>
              <w:t>u h</w:t>
            </w:r>
            <w:r>
              <w:rPr>
                <w:rFonts w:ascii="Arial" w:eastAsia="Arial" w:hAnsi="Arial"/>
                <w:color w:val="1F2937"/>
                <w:sz w:val="22"/>
              </w:rPr>
              <w:t>ệ</w:t>
            </w:r>
            <w:r>
              <w:rPr>
                <w:rFonts w:ascii="Arial" w:eastAsia="Arial" w:hAnsi="Arial"/>
                <w:color w:val="1F2937"/>
                <w:sz w:val="22"/>
              </w:rPr>
              <w:t xml:space="preserve"> th</w:t>
            </w:r>
            <w:r>
              <w:rPr>
                <w:rFonts w:ascii="Arial" w:eastAsia="Arial" w:hAnsi="Arial"/>
                <w:color w:val="1F2937"/>
                <w:sz w:val="22"/>
              </w:rPr>
              <w:t>ố</w:t>
            </w:r>
            <w:r>
              <w:rPr>
                <w:rFonts w:ascii="Arial" w:eastAsia="Arial" w:hAnsi="Arial"/>
                <w:color w:val="1F2937"/>
                <w:sz w:val="22"/>
              </w:rPr>
              <w:t>ng yêu c</w:t>
            </w:r>
            <w:r>
              <w:rPr>
                <w:rFonts w:ascii="Arial" w:eastAsia="Arial" w:hAnsi="Arial"/>
                <w:color w:val="1F2937"/>
                <w:sz w:val="22"/>
              </w:rPr>
              <w:t>ầ</w:t>
            </w:r>
            <w:r>
              <w:rPr>
                <w:rFonts w:ascii="Arial" w:eastAsia="Arial" w:hAnsi="Arial"/>
                <w:color w:val="1F2937"/>
                <w:sz w:val="22"/>
              </w:rPr>
              <w:t>u.</w:t>
            </w:r>
          </w:p>
          <w:p w14:paraId="21F120BC" w14:textId="77777777" w:rsidR="005670E3" w:rsidRDefault="00173E19" w:rsidP="001C6EC0">
            <w:pPr>
              <w:spacing w:before="120" w:after="120"/>
              <w:ind w:left="113" w:hanging="102"/>
            </w:pPr>
            <w:r>
              <w:rPr>
                <w:rFonts w:ascii="Arial" w:eastAsia="Arial" w:hAnsi="Arial"/>
                <w:b/>
                <w:color w:val="D89A16"/>
                <w:sz w:val="22"/>
              </w:rPr>
              <w:t xml:space="preserve">– </w:t>
            </w:r>
            <w:r>
              <w:rPr>
                <w:rFonts w:ascii="Arial" w:eastAsia="Arial" w:hAnsi="Arial"/>
                <w:color w:val="1F2937"/>
                <w:sz w:val="22"/>
              </w:rPr>
              <w:t>Quay l</w:t>
            </w:r>
            <w:r>
              <w:rPr>
                <w:rFonts w:ascii="Arial" w:eastAsia="Arial" w:hAnsi="Arial"/>
                <w:color w:val="1F2937"/>
                <w:sz w:val="22"/>
              </w:rPr>
              <w:t>ạ</w:t>
            </w:r>
            <w:r>
              <w:rPr>
                <w:rFonts w:ascii="Arial" w:eastAsia="Arial" w:hAnsi="Arial"/>
                <w:color w:val="1F2937"/>
                <w:sz w:val="22"/>
              </w:rPr>
              <w:t>i</w:t>
            </w:r>
            <w:r>
              <w:rPr>
                <w:rFonts w:ascii="Arial" w:eastAsia="Arial" w:hAnsi="Arial"/>
                <w:color w:val="1F2937"/>
                <w:sz w:val="22"/>
              </w:rPr>
              <w:t xml:space="preserve"> c</w:t>
            </w:r>
            <w:r>
              <w:rPr>
                <w:rFonts w:ascii="Arial" w:eastAsia="Arial" w:hAnsi="Arial"/>
                <w:color w:val="1F2937"/>
                <w:sz w:val="22"/>
              </w:rPr>
              <w:t>ổ</w:t>
            </w:r>
            <w:r>
              <w:rPr>
                <w:rFonts w:ascii="Arial" w:eastAsia="Arial" w:hAnsi="Arial"/>
                <w:color w:val="1F2937"/>
                <w:sz w:val="22"/>
              </w:rPr>
              <w:t>ng tuy</w:t>
            </w:r>
            <w:r>
              <w:rPr>
                <w:rFonts w:ascii="Arial" w:eastAsia="Arial" w:hAnsi="Arial"/>
                <w:color w:val="1F2937"/>
                <w:sz w:val="22"/>
              </w:rPr>
              <w:t>ể</w:t>
            </w:r>
            <w:r>
              <w:rPr>
                <w:rFonts w:ascii="Arial" w:eastAsia="Arial" w:hAnsi="Arial"/>
                <w:color w:val="1F2937"/>
                <w:sz w:val="22"/>
              </w:rPr>
              <w:t>n sinh sau đ</w:t>
            </w:r>
            <w:r>
              <w:rPr>
                <w:rFonts w:ascii="Arial" w:eastAsia="Arial" w:hAnsi="Arial"/>
                <w:color w:val="1F2937"/>
                <w:sz w:val="22"/>
              </w:rPr>
              <w:t>ạ</w:t>
            </w:r>
            <w:r>
              <w:rPr>
                <w:rFonts w:ascii="Arial" w:eastAsia="Arial" w:hAnsi="Arial"/>
                <w:color w:val="1F2937"/>
                <w:sz w:val="22"/>
              </w:rPr>
              <w:t>i h</w:t>
            </w:r>
            <w:r>
              <w:rPr>
                <w:rFonts w:ascii="Arial" w:eastAsia="Arial" w:hAnsi="Arial"/>
                <w:color w:val="1F2937"/>
                <w:sz w:val="22"/>
              </w:rPr>
              <w:t>ọ</w:t>
            </w:r>
            <w:r>
              <w:rPr>
                <w:rFonts w:ascii="Arial" w:eastAsia="Arial" w:hAnsi="Arial"/>
                <w:color w:val="1F2937"/>
                <w:sz w:val="22"/>
              </w:rPr>
              <w:t>c đ</w:t>
            </w:r>
            <w:r>
              <w:rPr>
                <w:rFonts w:ascii="Arial" w:eastAsia="Arial" w:hAnsi="Arial"/>
                <w:color w:val="1F2937"/>
                <w:sz w:val="22"/>
              </w:rPr>
              <w:t>ể</w:t>
            </w:r>
            <w:r>
              <w:rPr>
                <w:rFonts w:ascii="Arial" w:eastAsia="Arial" w:hAnsi="Arial"/>
                <w:color w:val="1F2937"/>
                <w:sz w:val="22"/>
              </w:rPr>
              <w:t xml:space="preserve"> ti</w:t>
            </w:r>
            <w:r>
              <w:rPr>
                <w:rFonts w:ascii="Arial" w:eastAsia="Arial" w:hAnsi="Arial"/>
                <w:color w:val="1F2937"/>
                <w:sz w:val="22"/>
              </w:rPr>
              <w:t>ế</w:t>
            </w:r>
            <w:r>
              <w:rPr>
                <w:rFonts w:ascii="Arial" w:eastAsia="Arial" w:hAnsi="Arial"/>
                <w:color w:val="1F2937"/>
                <w:sz w:val="22"/>
              </w:rPr>
              <w:t>p t</w:t>
            </w:r>
            <w:r>
              <w:rPr>
                <w:rFonts w:ascii="Arial" w:eastAsia="Arial" w:hAnsi="Arial"/>
                <w:color w:val="1F2937"/>
                <w:sz w:val="22"/>
              </w:rPr>
              <w:t>ụ</w:t>
            </w:r>
            <w:r>
              <w:rPr>
                <w:rFonts w:ascii="Arial" w:eastAsia="Arial" w:hAnsi="Arial"/>
                <w:color w:val="1F2937"/>
                <w:sz w:val="22"/>
              </w:rPr>
              <w:t>c các bư</w:t>
            </w:r>
            <w:r>
              <w:rPr>
                <w:rFonts w:ascii="Arial" w:eastAsia="Arial" w:hAnsi="Arial"/>
                <w:color w:val="1F2937"/>
                <w:sz w:val="22"/>
              </w:rPr>
              <w:t>ớ</w:t>
            </w:r>
            <w:r>
              <w:rPr>
                <w:rFonts w:ascii="Arial" w:eastAsia="Arial" w:hAnsi="Arial"/>
                <w:color w:val="1F2937"/>
                <w:sz w:val="22"/>
              </w:rPr>
              <w:t>c còn l</w:t>
            </w:r>
            <w:r>
              <w:rPr>
                <w:rFonts w:ascii="Arial" w:eastAsia="Arial" w:hAnsi="Arial"/>
                <w:color w:val="1F2937"/>
                <w:sz w:val="22"/>
              </w:rPr>
              <w:t>ạ</w:t>
            </w:r>
            <w:r>
              <w:rPr>
                <w:rFonts w:ascii="Arial" w:eastAsia="Arial" w:hAnsi="Arial"/>
                <w:color w:val="1F2937"/>
                <w:sz w:val="22"/>
              </w:rPr>
              <w:t>i c</w:t>
            </w:r>
            <w:r>
              <w:rPr>
                <w:rFonts w:ascii="Arial" w:eastAsia="Arial" w:hAnsi="Arial"/>
                <w:color w:val="1F2937"/>
                <w:sz w:val="22"/>
              </w:rPr>
              <w:t>ủ</w:t>
            </w:r>
            <w:r>
              <w:rPr>
                <w:rFonts w:ascii="Arial" w:eastAsia="Arial" w:hAnsi="Arial"/>
                <w:color w:val="1F2937"/>
                <w:sz w:val="22"/>
              </w:rPr>
              <w:t>a h</w:t>
            </w:r>
            <w:r>
              <w:rPr>
                <w:rFonts w:ascii="Arial" w:eastAsia="Arial" w:hAnsi="Arial"/>
                <w:color w:val="1F2937"/>
                <w:sz w:val="22"/>
              </w:rPr>
              <w:t>ồ</w:t>
            </w:r>
            <w:r>
              <w:rPr>
                <w:rFonts w:ascii="Arial" w:eastAsia="Arial" w:hAnsi="Arial"/>
                <w:color w:val="1F2937"/>
                <w:sz w:val="22"/>
              </w:rPr>
              <w:t xml:space="preserve"> sơ d</w:t>
            </w:r>
            <w:r>
              <w:rPr>
                <w:rFonts w:ascii="Arial" w:eastAsia="Arial" w:hAnsi="Arial"/>
                <w:color w:val="1F2937"/>
                <w:sz w:val="22"/>
              </w:rPr>
              <w:t>ự</w:t>
            </w:r>
            <w:r>
              <w:rPr>
                <w:rFonts w:ascii="Arial" w:eastAsia="Arial" w:hAnsi="Arial"/>
                <w:color w:val="1F2937"/>
                <w:sz w:val="22"/>
              </w:rPr>
              <w:t xml:space="preserve"> tuy</w:t>
            </w:r>
            <w:r>
              <w:rPr>
                <w:rFonts w:ascii="Arial" w:eastAsia="Arial" w:hAnsi="Arial"/>
                <w:color w:val="1F2937"/>
                <w:sz w:val="22"/>
              </w:rPr>
              <w:t>ể</w:t>
            </w:r>
            <w:r>
              <w:rPr>
                <w:rFonts w:ascii="Arial" w:eastAsia="Arial" w:hAnsi="Arial"/>
                <w:color w:val="1F2937"/>
                <w:sz w:val="22"/>
              </w:rPr>
              <w:t>n.</w:t>
            </w:r>
          </w:p>
        </w:tc>
      </w:tr>
    </w:tbl>
    <w:p w14:paraId="16E9EB44" w14:textId="77777777" w:rsidR="005670E3" w:rsidRDefault="00173E19">
      <w:r>
        <w:br w:type="page"/>
      </w:r>
    </w:p>
    <w:tbl>
      <w:tblPr>
        <w:tblW w:w="0" w:type="auto"/>
        <w:jc w:val="center"/>
        <w:tblLook w:val="04A0" w:firstRow="1" w:lastRow="0" w:firstColumn="1" w:lastColumn="0" w:noHBand="0" w:noVBand="1"/>
      </w:tblPr>
      <w:tblGrid>
        <w:gridCol w:w="10482"/>
      </w:tblGrid>
      <w:tr w:rsidR="005670E3" w14:paraId="5EE91BEC" w14:textId="77777777">
        <w:trPr>
          <w:jc w:val="center"/>
        </w:trPr>
        <w:tc>
          <w:tcPr>
            <w:tcW w:w="10482" w:type="dxa"/>
            <w:shd w:val="clear" w:color="auto" w:fill="0B6B62"/>
          </w:tcPr>
          <w:p w14:paraId="00203745" w14:textId="77777777" w:rsidR="001C6EC0" w:rsidRDefault="001C6EC0" w:rsidP="001C6EC0">
            <w:pPr>
              <w:spacing w:after="0"/>
              <w:rPr>
                <w:rFonts w:ascii="Arial" w:eastAsia="Arial" w:hAnsi="Arial"/>
                <w:b/>
                <w:color w:val="FFFFFF"/>
                <w:sz w:val="27"/>
              </w:rPr>
            </w:pPr>
          </w:p>
          <w:p w14:paraId="26F34D4C" w14:textId="7910447C" w:rsidR="005670E3" w:rsidRDefault="00173E19">
            <w:r>
              <w:rPr>
                <w:rFonts w:ascii="Arial" w:eastAsia="Arial" w:hAnsi="Arial"/>
                <w:b/>
                <w:color w:val="FFFFFF"/>
                <w:sz w:val="27"/>
              </w:rPr>
              <w:t xml:space="preserve">IV. HÌNH </w:t>
            </w:r>
            <w:r>
              <w:rPr>
                <w:rFonts w:ascii="Arial" w:eastAsia="Arial" w:hAnsi="Arial"/>
                <w:b/>
                <w:color w:val="FFFFFF"/>
                <w:sz w:val="27"/>
              </w:rPr>
              <w:t>Ả</w:t>
            </w:r>
            <w:r>
              <w:rPr>
                <w:rFonts w:ascii="Arial" w:eastAsia="Arial" w:hAnsi="Arial"/>
                <w:b/>
                <w:color w:val="FFFFFF"/>
                <w:sz w:val="27"/>
              </w:rPr>
              <w:t>NH MINH H</w:t>
            </w:r>
            <w:r>
              <w:rPr>
                <w:rFonts w:ascii="Arial" w:eastAsia="Arial" w:hAnsi="Arial"/>
                <w:b/>
                <w:color w:val="FFFFFF"/>
                <w:sz w:val="27"/>
              </w:rPr>
              <w:t>Ọ</w:t>
            </w:r>
            <w:r>
              <w:rPr>
                <w:rFonts w:ascii="Arial" w:eastAsia="Arial" w:hAnsi="Arial"/>
                <w:b/>
                <w:color w:val="FFFFFF"/>
                <w:sz w:val="27"/>
              </w:rPr>
              <w:t>A</w:t>
            </w:r>
          </w:p>
        </w:tc>
      </w:tr>
    </w:tbl>
    <w:p w14:paraId="2FE1193B" w14:textId="77777777" w:rsidR="005670E3" w:rsidRDefault="005670E3">
      <w:pPr>
        <w:spacing w:after="0"/>
      </w:pPr>
    </w:p>
    <w:p w14:paraId="6991C6DF" w14:textId="77777777" w:rsidR="005670E3" w:rsidRDefault="00173E19">
      <w:r>
        <w:rPr>
          <w:rFonts w:ascii="Arial" w:eastAsia="Arial" w:hAnsi="Arial"/>
          <w:b/>
          <w:color w:val="0B6B62"/>
          <w:sz w:val="23"/>
        </w:rPr>
        <w:t>1. Nh</w:t>
      </w:r>
      <w:r>
        <w:rPr>
          <w:rFonts w:ascii="Arial" w:eastAsia="Arial" w:hAnsi="Arial"/>
          <w:b/>
          <w:color w:val="0B6B62"/>
          <w:sz w:val="23"/>
        </w:rPr>
        <w:t>ấ</w:t>
      </w:r>
      <w:r>
        <w:rPr>
          <w:rFonts w:ascii="Arial" w:eastAsia="Arial" w:hAnsi="Arial"/>
          <w:b/>
          <w:color w:val="0B6B62"/>
          <w:sz w:val="23"/>
        </w:rPr>
        <w:t>n đư</w:t>
      </w:r>
      <w:r>
        <w:rPr>
          <w:rFonts w:ascii="Arial" w:eastAsia="Arial" w:hAnsi="Arial"/>
          <w:b/>
          <w:color w:val="0B6B62"/>
          <w:sz w:val="23"/>
        </w:rPr>
        <w:t>ờ</w:t>
      </w:r>
      <w:r>
        <w:rPr>
          <w:rFonts w:ascii="Arial" w:eastAsia="Arial" w:hAnsi="Arial"/>
          <w:b/>
          <w:color w:val="0B6B62"/>
          <w:sz w:val="23"/>
        </w:rPr>
        <w:t>ng d</w:t>
      </w:r>
      <w:r>
        <w:rPr>
          <w:rFonts w:ascii="Arial" w:eastAsia="Arial" w:hAnsi="Arial"/>
          <w:b/>
          <w:color w:val="0B6B62"/>
          <w:sz w:val="23"/>
        </w:rPr>
        <w:t>ẫ</w:t>
      </w:r>
      <w:r>
        <w:rPr>
          <w:rFonts w:ascii="Arial" w:eastAsia="Arial" w:hAnsi="Arial"/>
          <w:b/>
          <w:color w:val="0B6B62"/>
          <w:sz w:val="23"/>
        </w:rPr>
        <w:t>n chuy</w:t>
      </w:r>
      <w:r>
        <w:rPr>
          <w:rFonts w:ascii="Arial" w:eastAsia="Arial" w:hAnsi="Arial"/>
          <w:b/>
          <w:color w:val="0B6B62"/>
          <w:sz w:val="23"/>
        </w:rPr>
        <w:t>ể</w:t>
      </w:r>
      <w:r>
        <w:rPr>
          <w:rFonts w:ascii="Arial" w:eastAsia="Arial" w:hAnsi="Arial"/>
          <w:b/>
          <w:color w:val="0B6B62"/>
          <w:sz w:val="23"/>
        </w:rPr>
        <w:t>n sang c</w:t>
      </w:r>
      <w:r>
        <w:rPr>
          <w:rFonts w:ascii="Arial" w:eastAsia="Arial" w:hAnsi="Arial"/>
          <w:b/>
          <w:color w:val="0B6B62"/>
          <w:sz w:val="23"/>
        </w:rPr>
        <w:t>ổ</w:t>
      </w:r>
      <w:r>
        <w:rPr>
          <w:rFonts w:ascii="Arial" w:eastAsia="Arial" w:hAnsi="Arial"/>
          <w:b/>
          <w:color w:val="0B6B62"/>
          <w:sz w:val="23"/>
        </w:rPr>
        <w:t>ng kê khai minh ch</w:t>
      </w:r>
      <w:r>
        <w:rPr>
          <w:rFonts w:ascii="Arial" w:eastAsia="Arial" w:hAnsi="Arial"/>
          <w:b/>
          <w:color w:val="0B6B62"/>
          <w:sz w:val="23"/>
        </w:rPr>
        <w:t>ứ</w:t>
      </w:r>
      <w:r>
        <w:rPr>
          <w:rFonts w:ascii="Arial" w:eastAsia="Arial" w:hAnsi="Arial"/>
          <w:b/>
          <w:color w:val="0B6B62"/>
          <w:sz w:val="23"/>
        </w:rPr>
        <w:t>ng ngo</w:t>
      </w:r>
      <w:r>
        <w:rPr>
          <w:rFonts w:ascii="Arial" w:eastAsia="Arial" w:hAnsi="Arial"/>
          <w:b/>
          <w:color w:val="0B6B62"/>
          <w:sz w:val="23"/>
        </w:rPr>
        <w:t>ạ</w:t>
      </w:r>
      <w:r>
        <w:rPr>
          <w:rFonts w:ascii="Arial" w:eastAsia="Arial" w:hAnsi="Arial"/>
          <w:b/>
          <w:color w:val="0B6B62"/>
          <w:sz w:val="23"/>
        </w:rPr>
        <w:t>i ng</w:t>
      </w:r>
      <w:r>
        <w:rPr>
          <w:rFonts w:ascii="Arial" w:eastAsia="Arial" w:hAnsi="Arial"/>
          <w:b/>
          <w:color w:val="0B6B62"/>
          <w:sz w:val="23"/>
        </w:rPr>
        <w:t>ữ</w:t>
      </w:r>
      <w:r>
        <w:rPr>
          <w:rFonts w:ascii="Arial" w:eastAsia="Arial" w:hAnsi="Arial"/>
          <w:b/>
          <w:color w:val="0B6B62"/>
          <w:sz w:val="23"/>
        </w:rPr>
        <w:t>.</w:t>
      </w:r>
    </w:p>
    <w:p w14:paraId="18873C12" w14:textId="77777777" w:rsidR="005670E3" w:rsidRDefault="00173E19">
      <w:pPr>
        <w:spacing w:after="120"/>
        <w:jc w:val="center"/>
      </w:pPr>
      <w:r>
        <w:rPr>
          <w:noProof/>
        </w:rPr>
        <w:drawing>
          <wp:inline distT="0" distB="0" distL="0" distR="0" wp14:anchorId="039F86FC" wp14:editId="1A0A10B8">
            <wp:extent cx="5544000" cy="5415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guage_link.jpg"/>
                    <pic:cNvPicPr/>
                  </pic:nvPicPr>
                  <pic:blipFill>
                    <a:blip r:embed="rId11"/>
                    <a:stretch>
                      <a:fillRect/>
                    </a:stretch>
                  </pic:blipFill>
                  <pic:spPr>
                    <a:xfrm>
                      <a:off x="0" y="0"/>
                      <a:ext cx="5544000" cy="5415785"/>
                    </a:xfrm>
                    <a:prstGeom prst="rect">
                      <a:avLst/>
                    </a:prstGeom>
                  </pic:spPr>
                </pic:pic>
              </a:graphicData>
            </a:graphic>
          </wp:inline>
        </w:drawing>
      </w:r>
    </w:p>
    <w:p w14:paraId="4ED32AC3" w14:textId="77777777" w:rsidR="001C6EC0" w:rsidRDefault="001C6EC0">
      <w:pPr>
        <w:rPr>
          <w:rFonts w:ascii="Arial" w:eastAsia="Arial" w:hAnsi="Arial"/>
          <w:b/>
          <w:color w:val="0B6B62"/>
          <w:sz w:val="23"/>
        </w:rPr>
      </w:pPr>
      <w:r>
        <w:rPr>
          <w:rFonts w:ascii="Arial" w:eastAsia="Arial" w:hAnsi="Arial"/>
          <w:b/>
          <w:color w:val="0B6B62"/>
          <w:sz w:val="23"/>
        </w:rPr>
        <w:br w:type="page"/>
      </w:r>
    </w:p>
    <w:p w14:paraId="171836F7" w14:textId="4683F177" w:rsidR="005670E3" w:rsidRDefault="00173E19">
      <w:r>
        <w:rPr>
          <w:rFonts w:ascii="Arial" w:eastAsia="Arial" w:hAnsi="Arial"/>
          <w:b/>
          <w:color w:val="0B6B62"/>
          <w:sz w:val="23"/>
        </w:rPr>
        <w:lastRenderedPageBreak/>
        <w:t>2. Ch</w:t>
      </w:r>
      <w:r>
        <w:rPr>
          <w:rFonts w:ascii="Arial" w:eastAsia="Arial" w:hAnsi="Arial"/>
          <w:b/>
          <w:color w:val="0B6B62"/>
          <w:sz w:val="23"/>
        </w:rPr>
        <w:t>ọ</w:t>
      </w:r>
      <w:r>
        <w:rPr>
          <w:rFonts w:ascii="Arial" w:eastAsia="Arial" w:hAnsi="Arial"/>
          <w:b/>
          <w:color w:val="0B6B62"/>
          <w:sz w:val="23"/>
        </w:rPr>
        <w:t>n n</w:t>
      </w:r>
      <w:r>
        <w:rPr>
          <w:rFonts w:ascii="Arial" w:eastAsia="Arial" w:hAnsi="Arial"/>
          <w:b/>
          <w:color w:val="0B6B62"/>
          <w:sz w:val="23"/>
        </w:rPr>
        <w:t>ộ</w:t>
      </w:r>
      <w:r>
        <w:rPr>
          <w:rFonts w:ascii="Arial" w:eastAsia="Arial" w:hAnsi="Arial"/>
          <w:b/>
          <w:color w:val="0B6B62"/>
          <w:sz w:val="23"/>
        </w:rPr>
        <w:t>i dung đăng ký n</w:t>
      </w:r>
      <w:r>
        <w:rPr>
          <w:rFonts w:ascii="Arial" w:eastAsia="Arial" w:hAnsi="Arial"/>
          <w:b/>
          <w:color w:val="0B6B62"/>
          <w:sz w:val="23"/>
        </w:rPr>
        <w:t>ộ</w:t>
      </w:r>
      <w:r>
        <w:rPr>
          <w:rFonts w:ascii="Arial" w:eastAsia="Arial" w:hAnsi="Arial"/>
          <w:b/>
          <w:color w:val="0B6B62"/>
          <w:sz w:val="23"/>
        </w:rPr>
        <w:t>p văn b</w:t>
      </w:r>
      <w:r>
        <w:rPr>
          <w:rFonts w:ascii="Arial" w:eastAsia="Arial" w:hAnsi="Arial"/>
          <w:b/>
          <w:color w:val="0B6B62"/>
          <w:sz w:val="23"/>
        </w:rPr>
        <w:t>ằ</w:t>
      </w:r>
      <w:r>
        <w:rPr>
          <w:rFonts w:ascii="Arial" w:eastAsia="Arial" w:hAnsi="Arial"/>
          <w:b/>
          <w:color w:val="0B6B62"/>
          <w:sz w:val="23"/>
        </w:rPr>
        <w:t>ng/ch</w:t>
      </w:r>
      <w:r>
        <w:rPr>
          <w:rFonts w:ascii="Arial" w:eastAsia="Arial" w:hAnsi="Arial"/>
          <w:b/>
          <w:color w:val="0B6B62"/>
          <w:sz w:val="23"/>
        </w:rPr>
        <w:t>ứ</w:t>
      </w:r>
      <w:r>
        <w:rPr>
          <w:rFonts w:ascii="Arial" w:eastAsia="Arial" w:hAnsi="Arial"/>
          <w:b/>
          <w:color w:val="0B6B62"/>
          <w:sz w:val="23"/>
        </w:rPr>
        <w:t>ng ch</w:t>
      </w:r>
      <w:r>
        <w:rPr>
          <w:rFonts w:ascii="Arial" w:eastAsia="Arial" w:hAnsi="Arial"/>
          <w:b/>
          <w:color w:val="0B6B62"/>
          <w:sz w:val="23"/>
        </w:rPr>
        <w:t>ỉ</w:t>
      </w:r>
      <w:r>
        <w:rPr>
          <w:rFonts w:ascii="Arial" w:eastAsia="Arial" w:hAnsi="Arial"/>
          <w:b/>
          <w:color w:val="0B6B62"/>
          <w:sz w:val="23"/>
        </w:rPr>
        <w:t xml:space="preserve"> ngo</w:t>
      </w:r>
      <w:r>
        <w:rPr>
          <w:rFonts w:ascii="Arial" w:eastAsia="Arial" w:hAnsi="Arial"/>
          <w:b/>
          <w:color w:val="0B6B62"/>
          <w:sz w:val="23"/>
        </w:rPr>
        <w:t>ạ</w:t>
      </w:r>
      <w:r>
        <w:rPr>
          <w:rFonts w:ascii="Arial" w:eastAsia="Arial" w:hAnsi="Arial"/>
          <w:b/>
          <w:color w:val="0B6B62"/>
          <w:sz w:val="23"/>
        </w:rPr>
        <w:t>i ng</w:t>
      </w:r>
      <w:r>
        <w:rPr>
          <w:rFonts w:ascii="Arial" w:eastAsia="Arial" w:hAnsi="Arial"/>
          <w:b/>
          <w:color w:val="0B6B62"/>
          <w:sz w:val="23"/>
        </w:rPr>
        <w:t>ữ</w:t>
      </w:r>
      <w:r>
        <w:rPr>
          <w:rFonts w:ascii="Arial" w:eastAsia="Arial" w:hAnsi="Arial"/>
          <w:b/>
          <w:color w:val="0B6B62"/>
          <w:sz w:val="23"/>
        </w:rPr>
        <w:t>.</w:t>
      </w:r>
    </w:p>
    <w:p w14:paraId="17014C98" w14:textId="77777777" w:rsidR="005670E3" w:rsidRDefault="00173E19">
      <w:pPr>
        <w:spacing w:after="120"/>
        <w:jc w:val="center"/>
      </w:pPr>
      <w:r>
        <w:rPr>
          <w:noProof/>
        </w:rPr>
        <w:drawing>
          <wp:inline distT="0" distB="0" distL="0" distR="0" wp14:anchorId="0F302BE7" wp14:editId="4610F437">
            <wp:extent cx="5400000" cy="69882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3.png"/>
                    <pic:cNvPicPr/>
                  </pic:nvPicPr>
                  <pic:blipFill>
                    <a:blip r:embed="rId12"/>
                    <a:stretch>
                      <a:fillRect/>
                    </a:stretch>
                  </pic:blipFill>
                  <pic:spPr>
                    <a:xfrm>
                      <a:off x="0" y="0"/>
                      <a:ext cx="5400000" cy="6988235"/>
                    </a:xfrm>
                    <a:prstGeom prst="rect">
                      <a:avLst/>
                    </a:prstGeom>
                  </pic:spPr>
                </pic:pic>
              </a:graphicData>
            </a:graphic>
          </wp:inline>
        </w:drawing>
      </w:r>
    </w:p>
    <w:p w14:paraId="56EC7443" w14:textId="77777777" w:rsidR="001C6EC0" w:rsidRDefault="001C6EC0">
      <w:pPr>
        <w:rPr>
          <w:rFonts w:ascii="Arial" w:eastAsia="Arial" w:hAnsi="Arial"/>
          <w:b/>
          <w:color w:val="0B6B62"/>
          <w:sz w:val="23"/>
        </w:rPr>
      </w:pPr>
      <w:r>
        <w:rPr>
          <w:rFonts w:ascii="Arial" w:eastAsia="Arial" w:hAnsi="Arial"/>
          <w:b/>
          <w:color w:val="0B6B62"/>
          <w:sz w:val="23"/>
        </w:rPr>
        <w:br w:type="page"/>
      </w:r>
    </w:p>
    <w:p w14:paraId="27E412CD" w14:textId="161C4E17" w:rsidR="005670E3" w:rsidRDefault="00173E19">
      <w:r>
        <w:rPr>
          <w:rFonts w:ascii="Arial" w:eastAsia="Arial" w:hAnsi="Arial"/>
          <w:b/>
          <w:color w:val="0B6B62"/>
          <w:sz w:val="23"/>
        </w:rPr>
        <w:lastRenderedPageBreak/>
        <w:t xml:space="preserve">3. Kê khai thông </w:t>
      </w:r>
      <w:r>
        <w:rPr>
          <w:rFonts w:ascii="Arial" w:eastAsia="Arial" w:hAnsi="Arial"/>
          <w:b/>
          <w:color w:val="0B6B62"/>
          <w:sz w:val="23"/>
        </w:rPr>
        <w:t>tin văn b</w:t>
      </w:r>
      <w:r>
        <w:rPr>
          <w:rFonts w:ascii="Arial" w:eastAsia="Arial" w:hAnsi="Arial"/>
          <w:b/>
          <w:color w:val="0B6B62"/>
          <w:sz w:val="23"/>
        </w:rPr>
        <w:t>ằ</w:t>
      </w:r>
      <w:r>
        <w:rPr>
          <w:rFonts w:ascii="Arial" w:eastAsia="Arial" w:hAnsi="Arial"/>
          <w:b/>
          <w:color w:val="0B6B62"/>
          <w:sz w:val="23"/>
        </w:rPr>
        <w:t>ng/ch</w:t>
      </w:r>
      <w:r>
        <w:rPr>
          <w:rFonts w:ascii="Arial" w:eastAsia="Arial" w:hAnsi="Arial"/>
          <w:b/>
          <w:color w:val="0B6B62"/>
          <w:sz w:val="23"/>
        </w:rPr>
        <w:t>ứ</w:t>
      </w:r>
      <w:r>
        <w:rPr>
          <w:rFonts w:ascii="Arial" w:eastAsia="Arial" w:hAnsi="Arial"/>
          <w:b/>
          <w:color w:val="0B6B62"/>
          <w:sz w:val="23"/>
        </w:rPr>
        <w:t>ng ch</w:t>
      </w:r>
      <w:r>
        <w:rPr>
          <w:rFonts w:ascii="Arial" w:eastAsia="Arial" w:hAnsi="Arial"/>
          <w:b/>
          <w:color w:val="0B6B62"/>
          <w:sz w:val="23"/>
        </w:rPr>
        <w:t>ỉ</w:t>
      </w:r>
      <w:r>
        <w:rPr>
          <w:rFonts w:ascii="Arial" w:eastAsia="Arial" w:hAnsi="Arial"/>
          <w:b/>
          <w:color w:val="0B6B62"/>
          <w:sz w:val="23"/>
        </w:rPr>
        <w:t xml:space="preserve"> và ki</w:t>
      </w:r>
      <w:r>
        <w:rPr>
          <w:rFonts w:ascii="Arial" w:eastAsia="Arial" w:hAnsi="Arial"/>
          <w:b/>
          <w:color w:val="0B6B62"/>
          <w:sz w:val="23"/>
        </w:rPr>
        <w:t>ể</w:t>
      </w:r>
      <w:r>
        <w:rPr>
          <w:rFonts w:ascii="Arial" w:eastAsia="Arial" w:hAnsi="Arial"/>
          <w:b/>
          <w:color w:val="0B6B62"/>
          <w:sz w:val="23"/>
        </w:rPr>
        <w:t>m tra trư</w:t>
      </w:r>
      <w:r>
        <w:rPr>
          <w:rFonts w:ascii="Arial" w:eastAsia="Arial" w:hAnsi="Arial"/>
          <w:b/>
          <w:color w:val="0B6B62"/>
          <w:sz w:val="23"/>
        </w:rPr>
        <w:t>ớ</w:t>
      </w:r>
      <w:r>
        <w:rPr>
          <w:rFonts w:ascii="Arial" w:eastAsia="Arial" w:hAnsi="Arial"/>
          <w:b/>
          <w:color w:val="0B6B62"/>
          <w:sz w:val="23"/>
        </w:rPr>
        <w:t>c khi g</w:t>
      </w:r>
      <w:r>
        <w:rPr>
          <w:rFonts w:ascii="Arial" w:eastAsia="Arial" w:hAnsi="Arial"/>
          <w:b/>
          <w:color w:val="0B6B62"/>
          <w:sz w:val="23"/>
        </w:rPr>
        <w:t>ử</w:t>
      </w:r>
      <w:r>
        <w:rPr>
          <w:rFonts w:ascii="Arial" w:eastAsia="Arial" w:hAnsi="Arial"/>
          <w:b/>
          <w:color w:val="0B6B62"/>
          <w:sz w:val="23"/>
        </w:rPr>
        <w:t>i.</w:t>
      </w:r>
    </w:p>
    <w:p w14:paraId="73B2030F" w14:textId="77777777" w:rsidR="005670E3" w:rsidRDefault="00173E19">
      <w:pPr>
        <w:spacing w:after="120"/>
        <w:jc w:val="center"/>
      </w:pPr>
      <w:r>
        <w:rPr>
          <w:noProof/>
        </w:rPr>
        <w:drawing>
          <wp:inline distT="0" distB="0" distL="0" distR="0" wp14:anchorId="1375BDC5" wp14:editId="26FDF59A">
            <wp:extent cx="5400000" cy="69882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4.png"/>
                    <pic:cNvPicPr/>
                  </pic:nvPicPr>
                  <pic:blipFill>
                    <a:blip r:embed="rId13"/>
                    <a:stretch>
                      <a:fillRect/>
                    </a:stretch>
                  </pic:blipFill>
                  <pic:spPr>
                    <a:xfrm>
                      <a:off x="0" y="0"/>
                      <a:ext cx="5400000" cy="6988235"/>
                    </a:xfrm>
                    <a:prstGeom prst="rect">
                      <a:avLst/>
                    </a:prstGeom>
                  </pic:spPr>
                </pic:pic>
              </a:graphicData>
            </a:graphic>
          </wp:inline>
        </w:drawing>
      </w:r>
    </w:p>
    <w:p w14:paraId="0F2C4652" w14:textId="77777777" w:rsidR="005670E3" w:rsidRDefault="00173E19">
      <w:r>
        <w:br w:type="page"/>
      </w:r>
    </w:p>
    <w:tbl>
      <w:tblPr>
        <w:tblW w:w="0" w:type="auto"/>
        <w:jc w:val="center"/>
        <w:tblLook w:val="04A0" w:firstRow="1" w:lastRow="0" w:firstColumn="1" w:lastColumn="0" w:noHBand="0" w:noVBand="1"/>
      </w:tblPr>
      <w:tblGrid>
        <w:gridCol w:w="10482"/>
      </w:tblGrid>
      <w:tr w:rsidR="005670E3" w14:paraId="7D4394B3" w14:textId="77777777">
        <w:trPr>
          <w:jc w:val="center"/>
        </w:trPr>
        <w:tc>
          <w:tcPr>
            <w:tcW w:w="10482" w:type="dxa"/>
            <w:shd w:val="clear" w:color="auto" w:fill="0B6B62"/>
          </w:tcPr>
          <w:p w14:paraId="38114128" w14:textId="77777777" w:rsidR="001C6EC0" w:rsidRDefault="001C6EC0" w:rsidP="001C6EC0">
            <w:pPr>
              <w:spacing w:before="100" w:beforeAutospacing="1" w:after="120"/>
              <w:rPr>
                <w:rFonts w:ascii="Arial" w:eastAsia="Arial" w:hAnsi="Arial"/>
                <w:b/>
                <w:color w:val="FFFFFF"/>
                <w:sz w:val="27"/>
              </w:rPr>
            </w:pPr>
          </w:p>
          <w:p w14:paraId="3092729C" w14:textId="4835191D" w:rsidR="005670E3" w:rsidRDefault="00173E19">
            <w:r>
              <w:rPr>
                <w:rFonts w:ascii="Arial" w:eastAsia="Arial" w:hAnsi="Arial"/>
                <w:b/>
                <w:color w:val="FFFFFF"/>
                <w:sz w:val="27"/>
              </w:rPr>
              <w:t>V. H</w:t>
            </w:r>
            <w:r>
              <w:rPr>
                <w:rFonts w:ascii="Arial" w:eastAsia="Arial" w:hAnsi="Arial"/>
                <w:b/>
                <w:color w:val="FFFFFF"/>
                <w:sz w:val="27"/>
              </w:rPr>
              <w:t>Ồ</w:t>
            </w:r>
            <w:r>
              <w:rPr>
                <w:rFonts w:ascii="Arial" w:eastAsia="Arial" w:hAnsi="Arial"/>
                <w:b/>
                <w:color w:val="FFFFFF"/>
                <w:sz w:val="27"/>
              </w:rPr>
              <w:t xml:space="preserve"> SƠ Đ</w:t>
            </w:r>
            <w:r>
              <w:rPr>
                <w:rFonts w:ascii="Arial" w:eastAsia="Arial" w:hAnsi="Arial"/>
                <w:b/>
                <w:color w:val="FFFFFF"/>
                <w:sz w:val="27"/>
              </w:rPr>
              <w:t>Ố</w:t>
            </w:r>
            <w:r>
              <w:rPr>
                <w:rFonts w:ascii="Arial" w:eastAsia="Arial" w:hAnsi="Arial"/>
                <w:b/>
                <w:color w:val="FFFFFF"/>
                <w:sz w:val="27"/>
              </w:rPr>
              <w:t>I CHI</w:t>
            </w:r>
            <w:r>
              <w:rPr>
                <w:rFonts w:ascii="Arial" w:eastAsia="Arial" w:hAnsi="Arial"/>
                <w:b/>
                <w:color w:val="FFFFFF"/>
                <w:sz w:val="27"/>
              </w:rPr>
              <w:t>Ế</w:t>
            </w:r>
            <w:r>
              <w:rPr>
                <w:rFonts w:ascii="Arial" w:eastAsia="Arial" w:hAnsi="Arial"/>
                <w:b/>
                <w:color w:val="FFFFFF"/>
                <w:sz w:val="27"/>
              </w:rPr>
              <w:t>U VÀ THÔNG TIN H</w:t>
            </w:r>
            <w:r>
              <w:rPr>
                <w:rFonts w:ascii="Arial" w:eastAsia="Arial" w:hAnsi="Arial"/>
                <w:b/>
                <w:color w:val="FFFFFF"/>
                <w:sz w:val="27"/>
              </w:rPr>
              <w:t>Ỗ</w:t>
            </w:r>
            <w:r>
              <w:rPr>
                <w:rFonts w:ascii="Arial" w:eastAsia="Arial" w:hAnsi="Arial"/>
                <w:b/>
                <w:color w:val="FFFFFF"/>
                <w:sz w:val="27"/>
              </w:rPr>
              <w:t xml:space="preserve"> TR</w:t>
            </w:r>
            <w:r>
              <w:rPr>
                <w:rFonts w:ascii="Arial" w:eastAsia="Arial" w:hAnsi="Arial"/>
                <w:b/>
                <w:color w:val="FFFFFF"/>
                <w:sz w:val="27"/>
              </w:rPr>
              <w:t>Ợ</w:t>
            </w:r>
          </w:p>
        </w:tc>
      </w:tr>
    </w:tbl>
    <w:p w14:paraId="24AC828D" w14:textId="77777777" w:rsidR="005670E3" w:rsidRDefault="005670E3">
      <w:pPr>
        <w:spacing w:after="0"/>
      </w:pPr>
    </w:p>
    <w:p w14:paraId="091927E1" w14:textId="28F1ADEC" w:rsidR="005670E3" w:rsidRDefault="00173E19" w:rsidP="001C6EC0">
      <w:pPr>
        <w:pStyle w:val="ListParagraph"/>
        <w:numPr>
          <w:ilvl w:val="0"/>
          <w:numId w:val="12"/>
        </w:numPr>
        <w:spacing w:before="120" w:after="120"/>
      </w:pPr>
      <w:proofErr w:type="spellStart"/>
      <w:r w:rsidRPr="001C6EC0">
        <w:rPr>
          <w:rFonts w:ascii="Arial" w:eastAsia="Arial" w:hAnsi="Arial"/>
          <w:color w:val="1F2937"/>
          <w:sz w:val="23"/>
        </w:rPr>
        <w:t>Đơn</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đ</w:t>
      </w:r>
      <w:r w:rsidRPr="001C6EC0">
        <w:rPr>
          <w:rFonts w:ascii="Arial" w:eastAsia="Arial" w:hAnsi="Arial"/>
          <w:color w:val="1F2937"/>
          <w:sz w:val="23"/>
        </w:rPr>
        <w:t>ề</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ngh</w:t>
      </w:r>
      <w:r w:rsidRPr="001C6EC0">
        <w:rPr>
          <w:rFonts w:ascii="Arial" w:eastAsia="Arial" w:hAnsi="Arial"/>
          <w:color w:val="1F2937"/>
          <w:sz w:val="23"/>
        </w:rPr>
        <w:t>ị</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xét</w:t>
      </w:r>
      <w:proofErr w:type="spellEnd"/>
      <w:r w:rsidRPr="001C6EC0">
        <w:rPr>
          <w:rFonts w:ascii="Arial" w:eastAsia="Arial" w:hAnsi="Arial"/>
          <w:color w:val="1F2937"/>
          <w:sz w:val="23"/>
        </w:rPr>
        <w:t>/</w:t>
      </w:r>
      <w:proofErr w:type="spellStart"/>
      <w:r w:rsidRPr="001C6EC0">
        <w:rPr>
          <w:rFonts w:ascii="Arial" w:eastAsia="Arial" w:hAnsi="Arial"/>
          <w:color w:val="1F2937"/>
          <w:sz w:val="23"/>
        </w:rPr>
        <w:t>công</w:t>
      </w:r>
      <w:proofErr w:type="spellEnd"/>
      <w:r w:rsidRPr="001C6EC0">
        <w:rPr>
          <w:rFonts w:ascii="Arial" w:eastAsia="Arial" w:hAnsi="Arial"/>
          <w:color w:val="1F2937"/>
          <w:sz w:val="23"/>
        </w:rPr>
        <w:t xml:space="preserve"> nh</w:t>
      </w:r>
      <w:r w:rsidRPr="001C6EC0">
        <w:rPr>
          <w:rFonts w:ascii="Arial" w:eastAsia="Arial" w:hAnsi="Arial"/>
          <w:color w:val="1F2937"/>
          <w:sz w:val="23"/>
        </w:rPr>
        <w:t>ậ</w:t>
      </w:r>
      <w:r w:rsidRPr="001C6EC0">
        <w:rPr>
          <w:rFonts w:ascii="Arial" w:eastAsia="Arial" w:hAnsi="Arial"/>
          <w:color w:val="1F2937"/>
          <w:sz w:val="23"/>
        </w:rPr>
        <w:t>n văn b</w:t>
      </w:r>
      <w:r w:rsidRPr="001C6EC0">
        <w:rPr>
          <w:rFonts w:ascii="Arial" w:eastAsia="Arial" w:hAnsi="Arial"/>
          <w:color w:val="1F2937"/>
          <w:sz w:val="23"/>
        </w:rPr>
        <w:t>ằ</w:t>
      </w:r>
      <w:r w:rsidRPr="001C6EC0">
        <w:rPr>
          <w:rFonts w:ascii="Arial" w:eastAsia="Arial" w:hAnsi="Arial"/>
          <w:color w:val="1F2937"/>
          <w:sz w:val="23"/>
        </w:rPr>
        <w:t>ng, ch</w:t>
      </w:r>
      <w:r w:rsidRPr="001C6EC0">
        <w:rPr>
          <w:rFonts w:ascii="Arial" w:eastAsia="Arial" w:hAnsi="Arial"/>
          <w:color w:val="1F2937"/>
          <w:sz w:val="23"/>
        </w:rPr>
        <w:t>ứ</w:t>
      </w:r>
      <w:r w:rsidRPr="001C6EC0">
        <w:rPr>
          <w:rFonts w:ascii="Arial" w:eastAsia="Arial" w:hAnsi="Arial"/>
          <w:color w:val="1F2937"/>
          <w:sz w:val="23"/>
        </w:rPr>
        <w:t>ng ch</w:t>
      </w:r>
      <w:r w:rsidRPr="001C6EC0">
        <w:rPr>
          <w:rFonts w:ascii="Arial" w:eastAsia="Arial" w:hAnsi="Arial"/>
          <w:color w:val="1F2937"/>
          <w:sz w:val="23"/>
        </w:rPr>
        <w:t>ỉ</w:t>
      </w:r>
      <w:r w:rsidRPr="001C6EC0">
        <w:rPr>
          <w:rFonts w:ascii="Arial" w:eastAsia="Arial" w:hAnsi="Arial"/>
          <w:color w:val="1F2937"/>
          <w:sz w:val="23"/>
        </w:rPr>
        <w:t xml:space="preserve"> ngo</w:t>
      </w:r>
      <w:r w:rsidRPr="001C6EC0">
        <w:rPr>
          <w:rFonts w:ascii="Arial" w:eastAsia="Arial" w:hAnsi="Arial"/>
          <w:color w:val="1F2937"/>
          <w:sz w:val="23"/>
        </w:rPr>
        <w:t>ạ</w:t>
      </w:r>
      <w:r w:rsidRPr="001C6EC0">
        <w:rPr>
          <w:rFonts w:ascii="Arial" w:eastAsia="Arial" w:hAnsi="Arial"/>
          <w:color w:val="1F2937"/>
          <w:sz w:val="23"/>
        </w:rPr>
        <w:t>i ng</w:t>
      </w:r>
      <w:r w:rsidRPr="001C6EC0">
        <w:rPr>
          <w:rFonts w:ascii="Arial" w:eastAsia="Arial" w:hAnsi="Arial"/>
          <w:color w:val="1F2937"/>
          <w:sz w:val="23"/>
        </w:rPr>
        <w:t>ữ</w:t>
      </w:r>
      <w:r w:rsidRPr="001C6EC0">
        <w:rPr>
          <w:rFonts w:ascii="Arial" w:eastAsia="Arial" w:hAnsi="Arial"/>
          <w:color w:val="1F2937"/>
          <w:sz w:val="23"/>
        </w:rPr>
        <w:t xml:space="preserve"> đư</w:t>
      </w:r>
      <w:r w:rsidRPr="001C6EC0">
        <w:rPr>
          <w:rFonts w:ascii="Arial" w:eastAsia="Arial" w:hAnsi="Arial"/>
          <w:color w:val="1F2937"/>
          <w:sz w:val="23"/>
        </w:rPr>
        <w:t>ợ</w:t>
      </w:r>
      <w:r w:rsidRPr="001C6EC0">
        <w:rPr>
          <w:rFonts w:ascii="Arial" w:eastAsia="Arial" w:hAnsi="Arial"/>
          <w:color w:val="1F2937"/>
          <w:sz w:val="23"/>
        </w:rPr>
        <w:t>c xu</w:t>
      </w:r>
      <w:r w:rsidRPr="001C6EC0">
        <w:rPr>
          <w:rFonts w:ascii="Arial" w:eastAsia="Arial" w:hAnsi="Arial"/>
          <w:color w:val="1F2937"/>
          <w:sz w:val="23"/>
        </w:rPr>
        <w:t>ấ</w:t>
      </w:r>
      <w:r w:rsidRPr="001C6EC0">
        <w:rPr>
          <w:rFonts w:ascii="Arial" w:eastAsia="Arial" w:hAnsi="Arial"/>
          <w:color w:val="1F2937"/>
          <w:sz w:val="23"/>
        </w:rPr>
        <w:t>t t</w:t>
      </w:r>
      <w:r w:rsidRPr="001C6EC0">
        <w:rPr>
          <w:rFonts w:ascii="Arial" w:eastAsia="Arial" w:hAnsi="Arial"/>
          <w:color w:val="1F2937"/>
          <w:sz w:val="23"/>
        </w:rPr>
        <w:t>ừ</w:t>
      </w:r>
      <w:r w:rsidRPr="001C6EC0">
        <w:rPr>
          <w:rFonts w:ascii="Arial" w:eastAsia="Arial" w:hAnsi="Arial"/>
          <w:color w:val="1F2937"/>
          <w:sz w:val="23"/>
        </w:rPr>
        <w:t xml:space="preserve"> ph</w:t>
      </w:r>
      <w:r w:rsidRPr="001C6EC0">
        <w:rPr>
          <w:rFonts w:ascii="Arial" w:eastAsia="Arial" w:hAnsi="Arial"/>
          <w:color w:val="1F2937"/>
          <w:sz w:val="23"/>
        </w:rPr>
        <w:t>ầ</w:t>
      </w:r>
      <w:r w:rsidRPr="001C6EC0">
        <w:rPr>
          <w:rFonts w:ascii="Arial" w:eastAsia="Arial" w:hAnsi="Arial"/>
          <w:color w:val="1F2937"/>
          <w:sz w:val="23"/>
        </w:rPr>
        <w:t>n m</w:t>
      </w:r>
      <w:r w:rsidRPr="001C6EC0">
        <w:rPr>
          <w:rFonts w:ascii="Arial" w:eastAsia="Arial" w:hAnsi="Arial"/>
          <w:color w:val="1F2937"/>
          <w:sz w:val="23"/>
        </w:rPr>
        <w:t>ề</w:t>
      </w:r>
      <w:r w:rsidRPr="001C6EC0">
        <w:rPr>
          <w:rFonts w:ascii="Arial" w:eastAsia="Arial" w:hAnsi="Arial"/>
          <w:color w:val="1F2937"/>
          <w:sz w:val="23"/>
        </w:rPr>
        <w:t xml:space="preserve">m, ký tên và dán </w:t>
      </w:r>
      <w:r w:rsidRPr="001C6EC0">
        <w:rPr>
          <w:rFonts w:ascii="Arial" w:eastAsia="Arial" w:hAnsi="Arial"/>
          <w:color w:val="1F2937"/>
          <w:sz w:val="23"/>
        </w:rPr>
        <w:t>ả</w:t>
      </w:r>
      <w:r w:rsidRPr="001C6EC0">
        <w:rPr>
          <w:rFonts w:ascii="Arial" w:eastAsia="Arial" w:hAnsi="Arial"/>
          <w:color w:val="1F2937"/>
          <w:sz w:val="23"/>
        </w:rPr>
        <w:t>nh theo yêu c</w:t>
      </w:r>
      <w:r w:rsidRPr="001C6EC0">
        <w:rPr>
          <w:rFonts w:ascii="Arial" w:eastAsia="Arial" w:hAnsi="Arial"/>
          <w:color w:val="1F2937"/>
          <w:sz w:val="23"/>
        </w:rPr>
        <w:t>ầ</w:t>
      </w:r>
      <w:r w:rsidRPr="001C6EC0">
        <w:rPr>
          <w:rFonts w:ascii="Arial" w:eastAsia="Arial" w:hAnsi="Arial"/>
          <w:color w:val="1F2937"/>
          <w:sz w:val="23"/>
        </w:rPr>
        <w:t>u.</w:t>
      </w:r>
    </w:p>
    <w:p w14:paraId="251B8F3F" w14:textId="4EE01996" w:rsidR="005670E3" w:rsidRDefault="00173E19" w:rsidP="001C6EC0">
      <w:pPr>
        <w:pStyle w:val="ListParagraph"/>
        <w:numPr>
          <w:ilvl w:val="0"/>
          <w:numId w:val="12"/>
        </w:numPr>
        <w:spacing w:before="120" w:after="120"/>
      </w:pPr>
      <w:proofErr w:type="spellStart"/>
      <w:r w:rsidRPr="001C6EC0">
        <w:rPr>
          <w:rFonts w:ascii="Arial" w:eastAsia="Arial" w:hAnsi="Arial"/>
          <w:color w:val="1F2937"/>
          <w:sz w:val="23"/>
        </w:rPr>
        <w:t>B</w:t>
      </w:r>
      <w:r w:rsidRPr="001C6EC0">
        <w:rPr>
          <w:rFonts w:ascii="Arial" w:eastAsia="Arial" w:hAnsi="Arial"/>
          <w:color w:val="1F2937"/>
          <w:sz w:val="23"/>
        </w:rPr>
        <w:t>ả</w:t>
      </w:r>
      <w:r w:rsidRPr="001C6EC0">
        <w:rPr>
          <w:rFonts w:ascii="Arial" w:eastAsia="Arial" w:hAnsi="Arial"/>
          <w:color w:val="1F2937"/>
          <w:sz w:val="23"/>
        </w:rPr>
        <w:t>n</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sao</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có</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ch</w:t>
      </w:r>
      <w:r w:rsidRPr="001C6EC0">
        <w:rPr>
          <w:rFonts w:ascii="Arial" w:eastAsia="Arial" w:hAnsi="Arial"/>
          <w:color w:val="1F2937"/>
          <w:sz w:val="23"/>
        </w:rPr>
        <w:t>ứ</w:t>
      </w:r>
      <w:r w:rsidRPr="001C6EC0">
        <w:rPr>
          <w:rFonts w:ascii="Arial" w:eastAsia="Arial" w:hAnsi="Arial"/>
          <w:color w:val="1F2937"/>
          <w:sz w:val="23"/>
        </w:rPr>
        <w:t>ng</w:t>
      </w:r>
      <w:proofErr w:type="spellEnd"/>
      <w:r w:rsidRPr="001C6EC0">
        <w:rPr>
          <w:rFonts w:ascii="Arial" w:eastAsia="Arial" w:hAnsi="Arial"/>
          <w:color w:val="1F2937"/>
          <w:sz w:val="23"/>
        </w:rPr>
        <w:t xml:space="preserve"> th</w:t>
      </w:r>
      <w:r w:rsidRPr="001C6EC0">
        <w:rPr>
          <w:rFonts w:ascii="Arial" w:eastAsia="Arial" w:hAnsi="Arial"/>
          <w:color w:val="1F2937"/>
          <w:sz w:val="23"/>
        </w:rPr>
        <w:t>ự</w:t>
      </w:r>
      <w:r w:rsidRPr="001C6EC0">
        <w:rPr>
          <w:rFonts w:ascii="Arial" w:eastAsia="Arial" w:hAnsi="Arial"/>
          <w:color w:val="1F2937"/>
          <w:sz w:val="23"/>
        </w:rPr>
        <w:t>c văn b</w:t>
      </w:r>
      <w:r w:rsidRPr="001C6EC0">
        <w:rPr>
          <w:rFonts w:ascii="Arial" w:eastAsia="Arial" w:hAnsi="Arial"/>
          <w:color w:val="1F2937"/>
          <w:sz w:val="23"/>
        </w:rPr>
        <w:t>ằ</w:t>
      </w:r>
      <w:r w:rsidRPr="001C6EC0">
        <w:rPr>
          <w:rFonts w:ascii="Arial" w:eastAsia="Arial" w:hAnsi="Arial"/>
          <w:color w:val="1F2937"/>
          <w:sz w:val="23"/>
        </w:rPr>
        <w:t>ng/ch</w:t>
      </w:r>
      <w:r w:rsidRPr="001C6EC0">
        <w:rPr>
          <w:rFonts w:ascii="Arial" w:eastAsia="Arial" w:hAnsi="Arial"/>
          <w:color w:val="1F2937"/>
          <w:sz w:val="23"/>
        </w:rPr>
        <w:t>ứ</w:t>
      </w:r>
      <w:r w:rsidRPr="001C6EC0">
        <w:rPr>
          <w:rFonts w:ascii="Arial" w:eastAsia="Arial" w:hAnsi="Arial"/>
          <w:color w:val="1F2937"/>
          <w:sz w:val="23"/>
        </w:rPr>
        <w:t>ng ch</w:t>
      </w:r>
      <w:r w:rsidRPr="001C6EC0">
        <w:rPr>
          <w:rFonts w:ascii="Arial" w:eastAsia="Arial" w:hAnsi="Arial"/>
          <w:color w:val="1F2937"/>
          <w:sz w:val="23"/>
        </w:rPr>
        <w:t>ỉ</w:t>
      </w:r>
      <w:r w:rsidRPr="001C6EC0">
        <w:rPr>
          <w:rFonts w:ascii="Arial" w:eastAsia="Arial" w:hAnsi="Arial"/>
          <w:color w:val="1F2937"/>
          <w:sz w:val="23"/>
        </w:rPr>
        <w:t xml:space="preserve"> ngo</w:t>
      </w:r>
      <w:r w:rsidRPr="001C6EC0">
        <w:rPr>
          <w:rFonts w:ascii="Arial" w:eastAsia="Arial" w:hAnsi="Arial"/>
          <w:color w:val="1F2937"/>
          <w:sz w:val="23"/>
        </w:rPr>
        <w:t>ạ</w:t>
      </w:r>
      <w:r w:rsidRPr="001C6EC0">
        <w:rPr>
          <w:rFonts w:ascii="Arial" w:eastAsia="Arial" w:hAnsi="Arial"/>
          <w:color w:val="1F2937"/>
          <w:sz w:val="23"/>
        </w:rPr>
        <w:t>i ng</w:t>
      </w:r>
      <w:r w:rsidRPr="001C6EC0">
        <w:rPr>
          <w:rFonts w:ascii="Arial" w:eastAsia="Arial" w:hAnsi="Arial"/>
          <w:color w:val="1F2937"/>
          <w:sz w:val="23"/>
        </w:rPr>
        <w:t>ữ</w:t>
      </w:r>
      <w:r w:rsidRPr="001C6EC0">
        <w:rPr>
          <w:rFonts w:ascii="Arial" w:eastAsia="Arial" w:hAnsi="Arial"/>
          <w:color w:val="1F2937"/>
          <w:sz w:val="23"/>
        </w:rPr>
        <w:t>.</w:t>
      </w:r>
    </w:p>
    <w:p w14:paraId="2D5339AE" w14:textId="79047CF6" w:rsidR="005670E3" w:rsidRDefault="00173E19" w:rsidP="001C6EC0">
      <w:pPr>
        <w:pStyle w:val="ListParagraph"/>
        <w:numPr>
          <w:ilvl w:val="0"/>
          <w:numId w:val="12"/>
        </w:numPr>
        <w:spacing w:before="120" w:after="120"/>
      </w:pPr>
      <w:proofErr w:type="spellStart"/>
      <w:r w:rsidRPr="001C6EC0">
        <w:rPr>
          <w:rFonts w:ascii="Arial" w:eastAsia="Arial" w:hAnsi="Arial"/>
          <w:color w:val="1F2937"/>
          <w:sz w:val="23"/>
        </w:rPr>
        <w:t>Mang</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b</w:t>
      </w:r>
      <w:r w:rsidRPr="001C6EC0">
        <w:rPr>
          <w:rFonts w:ascii="Arial" w:eastAsia="Arial" w:hAnsi="Arial"/>
          <w:color w:val="1F2937"/>
          <w:sz w:val="23"/>
        </w:rPr>
        <w:t>ả</w:t>
      </w:r>
      <w:r w:rsidRPr="001C6EC0">
        <w:rPr>
          <w:rFonts w:ascii="Arial" w:eastAsia="Arial" w:hAnsi="Arial"/>
          <w:color w:val="1F2937"/>
          <w:sz w:val="23"/>
        </w:rPr>
        <w:t>n</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g</w:t>
      </w:r>
      <w:r w:rsidRPr="001C6EC0">
        <w:rPr>
          <w:rFonts w:ascii="Arial" w:eastAsia="Arial" w:hAnsi="Arial"/>
          <w:color w:val="1F2937"/>
          <w:sz w:val="23"/>
        </w:rPr>
        <w:t>ố</w:t>
      </w:r>
      <w:r w:rsidRPr="001C6EC0">
        <w:rPr>
          <w:rFonts w:ascii="Arial" w:eastAsia="Arial" w:hAnsi="Arial"/>
          <w:color w:val="1F2937"/>
          <w:sz w:val="23"/>
        </w:rPr>
        <w:t>c</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đ</w:t>
      </w:r>
      <w:r w:rsidRPr="001C6EC0">
        <w:rPr>
          <w:rFonts w:ascii="Arial" w:eastAsia="Arial" w:hAnsi="Arial"/>
          <w:color w:val="1F2937"/>
          <w:sz w:val="23"/>
        </w:rPr>
        <w:t>ế</w:t>
      </w:r>
      <w:r w:rsidRPr="001C6EC0">
        <w:rPr>
          <w:rFonts w:ascii="Arial" w:eastAsia="Arial" w:hAnsi="Arial"/>
          <w:color w:val="1F2937"/>
          <w:sz w:val="23"/>
        </w:rPr>
        <w:t>n</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đ</w:t>
      </w:r>
      <w:r w:rsidRPr="001C6EC0">
        <w:rPr>
          <w:rFonts w:ascii="Arial" w:eastAsia="Arial" w:hAnsi="Arial"/>
          <w:color w:val="1F2937"/>
          <w:sz w:val="23"/>
        </w:rPr>
        <w:t>ố</w:t>
      </w:r>
      <w:r w:rsidRPr="001C6EC0">
        <w:rPr>
          <w:rFonts w:ascii="Arial" w:eastAsia="Arial" w:hAnsi="Arial"/>
          <w:color w:val="1F2937"/>
          <w:sz w:val="23"/>
        </w:rPr>
        <w:t>i</w:t>
      </w:r>
      <w:proofErr w:type="spellEnd"/>
      <w:r w:rsidRPr="001C6EC0">
        <w:rPr>
          <w:rFonts w:ascii="Arial" w:eastAsia="Arial" w:hAnsi="Arial"/>
          <w:color w:val="1F2937"/>
          <w:sz w:val="23"/>
        </w:rPr>
        <w:t xml:space="preserve"> chi</w:t>
      </w:r>
      <w:r w:rsidRPr="001C6EC0">
        <w:rPr>
          <w:rFonts w:ascii="Arial" w:eastAsia="Arial" w:hAnsi="Arial"/>
          <w:color w:val="1F2937"/>
          <w:sz w:val="23"/>
        </w:rPr>
        <w:t>ế</w:t>
      </w:r>
      <w:r w:rsidRPr="001C6EC0">
        <w:rPr>
          <w:rFonts w:ascii="Arial" w:eastAsia="Arial" w:hAnsi="Arial"/>
          <w:color w:val="1F2937"/>
          <w:sz w:val="23"/>
        </w:rPr>
        <w:t>u khi đư</w:t>
      </w:r>
      <w:r w:rsidRPr="001C6EC0">
        <w:rPr>
          <w:rFonts w:ascii="Arial" w:eastAsia="Arial" w:hAnsi="Arial"/>
          <w:color w:val="1F2937"/>
          <w:sz w:val="23"/>
        </w:rPr>
        <w:t>ợ</w:t>
      </w:r>
      <w:r w:rsidRPr="001C6EC0">
        <w:rPr>
          <w:rFonts w:ascii="Arial" w:eastAsia="Arial" w:hAnsi="Arial"/>
          <w:color w:val="1F2937"/>
          <w:sz w:val="23"/>
        </w:rPr>
        <w:t>c yêu c</w:t>
      </w:r>
      <w:r w:rsidRPr="001C6EC0">
        <w:rPr>
          <w:rFonts w:ascii="Arial" w:eastAsia="Arial" w:hAnsi="Arial"/>
          <w:color w:val="1F2937"/>
          <w:sz w:val="23"/>
        </w:rPr>
        <w:t>ầ</w:t>
      </w:r>
      <w:r w:rsidRPr="001C6EC0">
        <w:rPr>
          <w:rFonts w:ascii="Arial" w:eastAsia="Arial" w:hAnsi="Arial"/>
          <w:color w:val="1F2937"/>
          <w:sz w:val="23"/>
        </w:rPr>
        <w:t>u.</w:t>
      </w:r>
    </w:p>
    <w:p w14:paraId="6CD8A139" w14:textId="05091264" w:rsidR="005670E3" w:rsidRDefault="00173E19" w:rsidP="001C6EC0">
      <w:pPr>
        <w:pStyle w:val="ListParagraph"/>
        <w:numPr>
          <w:ilvl w:val="0"/>
          <w:numId w:val="12"/>
        </w:numPr>
        <w:spacing w:before="120" w:after="120"/>
      </w:pPr>
      <w:proofErr w:type="spellStart"/>
      <w:r w:rsidRPr="001C6EC0">
        <w:rPr>
          <w:rFonts w:ascii="Arial" w:eastAsia="Arial" w:hAnsi="Arial"/>
          <w:color w:val="1F2937"/>
          <w:sz w:val="23"/>
        </w:rPr>
        <w:t>Đ</w:t>
      </w:r>
      <w:r w:rsidRPr="001C6EC0">
        <w:rPr>
          <w:rFonts w:ascii="Arial" w:eastAsia="Arial" w:hAnsi="Arial"/>
          <w:color w:val="1F2937"/>
          <w:sz w:val="23"/>
        </w:rPr>
        <w:t>ị</w:t>
      </w:r>
      <w:r w:rsidRPr="001C6EC0">
        <w:rPr>
          <w:rFonts w:ascii="Arial" w:eastAsia="Arial" w:hAnsi="Arial"/>
          <w:color w:val="1F2937"/>
          <w:sz w:val="23"/>
        </w:rPr>
        <w:t>a</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đi</w:t>
      </w:r>
      <w:r w:rsidRPr="001C6EC0">
        <w:rPr>
          <w:rFonts w:ascii="Arial" w:eastAsia="Arial" w:hAnsi="Arial"/>
          <w:color w:val="1F2937"/>
          <w:sz w:val="23"/>
        </w:rPr>
        <w:t>ể</w:t>
      </w:r>
      <w:r w:rsidRPr="001C6EC0">
        <w:rPr>
          <w:rFonts w:ascii="Arial" w:eastAsia="Arial" w:hAnsi="Arial"/>
          <w:color w:val="1F2937"/>
          <w:sz w:val="23"/>
        </w:rPr>
        <w:t>m</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Phòng</w:t>
      </w:r>
      <w:proofErr w:type="spellEnd"/>
      <w:r w:rsidRPr="001C6EC0">
        <w:rPr>
          <w:rFonts w:ascii="Arial" w:eastAsia="Arial" w:hAnsi="Arial"/>
          <w:color w:val="1F2937"/>
          <w:sz w:val="23"/>
        </w:rPr>
        <w:t xml:space="preserve"> </w:t>
      </w:r>
      <w:r w:rsidR="001C6EC0">
        <w:rPr>
          <w:rFonts w:ascii="Arial" w:eastAsia="Arial" w:hAnsi="Arial"/>
          <w:color w:val="1F2937"/>
          <w:sz w:val="23"/>
        </w:rPr>
        <w:t>4</w:t>
      </w:r>
      <w:r w:rsidRPr="001C6EC0">
        <w:rPr>
          <w:rFonts w:ascii="Arial" w:eastAsia="Arial" w:hAnsi="Arial"/>
          <w:color w:val="1F2937"/>
          <w:sz w:val="23"/>
        </w:rPr>
        <w:t xml:space="preserve">05, </w:t>
      </w:r>
      <w:proofErr w:type="spellStart"/>
      <w:r w:rsidRPr="001C6EC0">
        <w:rPr>
          <w:rFonts w:ascii="Arial" w:eastAsia="Arial" w:hAnsi="Arial"/>
          <w:color w:val="1F2937"/>
          <w:sz w:val="23"/>
        </w:rPr>
        <w:t>s</w:t>
      </w:r>
      <w:r w:rsidRPr="001C6EC0">
        <w:rPr>
          <w:rFonts w:ascii="Arial" w:eastAsia="Arial" w:hAnsi="Arial"/>
          <w:color w:val="1F2937"/>
          <w:sz w:val="23"/>
        </w:rPr>
        <w:t>ố</w:t>
      </w:r>
      <w:proofErr w:type="spellEnd"/>
      <w:r w:rsidRPr="001C6EC0">
        <w:rPr>
          <w:rFonts w:ascii="Arial" w:eastAsia="Arial" w:hAnsi="Arial"/>
          <w:color w:val="1F2937"/>
          <w:sz w:val="23"/>
        </w:rPr>
        <w:t xml:space="preserve"> 19 </w:t>
      </w:r>
      <w:proofErr w:type="spellStart"/>
      <w:r w:rsidRPr="001C6EC0">
        <w:rPr>
          <w:rFonts w:ascii="Arial" w:eastAsia="Arial" w:hAnsi="Arial"/>
          <w:color w:val="1F2937"/>
          <w:sz w:val="23"/>
        </w:rPr>
        <w:t>Ngõ</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Hàng</w:t>
      </w:r>
      <w:proofErr w:type="spellEnd"/>
      <w:r w:rsidRPr="001C6EC0">
        <w:rPr>
          <w:rFonts w:ascii="Arial" w:eastAsia="Arial" w:hAnsi="Arial"/>
          <w:color w:val="1F2937"/>
          <w:sz w:val="23"/>
        </w:rPr>
        <w:t xml:space="preserve"> Cháo, Ô Ch</w:t>
      </w:r>
      <w:r w:rsidRPr="001C6EC0">
        <w:rPr>
          <w:rFonts w:ascii="Arial" w:eastAsia="Arial" w:hAnsi="Arial"/>
          <w:color w:val="1F2937"/>
          <w:sz w:val="23"/>
        </w:rPr>
        <w:t>ợ</w:t>
      </w:r>
      <w:r w:rsidRPr="001C6EC0">
        <w:rPr>
          <w:rFonts w:ascii="Arial" w:eastAsia="Arial" w:hAnsi="Arial"/>
          <w:color w:val="1F2937"/>
          <w:sz w:val="23"/>
        </w:rPr>
        <w:t xml:space="preserve"> D</w:t>
      </w:r>
      <w:r w:rsidRPr="001C6EC0">
        <w:rPr>
          <w:rFonts w:ascii="Arial" w:eastAsia="Arial" w:hAnsi="Arial"/>
          <w:color w:val="1F2937"/>
          <w:sz w:val="23"/>
        </w:rPr>
        <w:t>ừ</w:t>
      </w:r>
      <w:r w:rsidRPr="001C6EC0">
        <w:rPr>
          <w:rFonts w:ascii="Arial" w:eastAsia="Arial" w:hAnsi="Arial"/>
          <w:color w:val="1F2937"/>
          <w:sz w:val="23"/>
        </w:rPr>
        <w:t>a, Hà N</w:t>
      </w:r>
      <w:r w:rsidRPr="001C6EC0">
        <w:rPr>
          <w:rFonts w:ascii="Arial" w:eastAsia="Arial" w:hAnsi="Arial"/>
          <w:color w:val="1F2937"/>
          <w:sz w:val="23"/>
        </w:rPr>
        <w:t>ộ</w:t>
      </w:r>
      <w:r w:rsidRPr="001C6EC0">
        <w:rPr>
          <w:rFonts w:ascii="Arial" w:eastAsia="Arial" w:hAnsi="Arial"/>
          <w:color w:val="1F2937"/>
          <w:sz w:val="23"/>
        </w:rPr>
        <w:t>i.</w:t>
      </w:r>
    </w:p>
    <w:p w14:paraId="0128C208" w14:textId="77777777" w:rsidR="001C6EC0" w:rsidRPr="001C6EC0" w:rsidRDefault="00173E19" w:rsidP="001C6EC0">
      <w:pPr>
        <w:pStyle w:val="ListParagraph"/>
        <w:numPr>
          <w:ilvl w:val="0"/>
          <w:numId w:val="12"/>
        </w:numPr>
        <w:spacing w:before="120" w:after="120"/>
      </w:pPr>
      <w:proofErr w:type="spellStart"/>
      <w:r w:rsidRPr="001C6EC0">
        <w:rPr>
          <w:rFonts w:ascii="Arial" w:eastAsia="Arial" w:hAnsi="Arial"/>
          <w:color w:val="1F2937"/>
          <w:sz w:val="23"/>
        </w:rPr>
        <w:t>Đi</w:t>
      </w:r>
      <w:r w:rsidRPr="001C6EC0">
        <w:rPr>
          <w:rFonts w:ascii="Arial" w:eastAsia="Arial" w:hAnsi="Arial"/>
          <w:color w:val="1F2937"/>
          <w:sz w:val="23"/>
        </w:rPr>
        <w:t>ệ</w:t>
      </w:r>
      <w:r w:rsidRPr="001C6EC0">
        <w:rPr>
          <w:rFonts w:ascii="Arial" w:eastAsia="Arial" w:hAnsi="Arial"/>
          <w:color w:val="1F2937"/>
          <w:sz w:val="23"/>
        </w:rPr>
        <w:t>n</w:t>
      </w:r>
      <w:proofErr w:type="spellEnd"/>
      <w:r w:rsidRPr="001C6EC0">
        <w:rPr>
          <w:rFonts w:ascii="Arial" w:eastAsia="Arial" w:hAnsi="Arial"/>
          <w:color w:val="1F2937"/>
          <w:sz w:val="23"/>
        </w:rPr>
        <w:t xml:space="preserve"> </w:t>
      </w:r>
      <w:proofErr w:type="spellStart"/>
      <w:r w:rsidRPr="001C6EC0">
        <w:rPr>
          <w:rFonts w:ascii="Arial" w:eastAsia="Arial" w:hAnsi="Arial"/>
          <w:color w:val="1F2937"/>
          <w:sz w:val="23"/>
        </w:rPr>
        <w:t>tho</w:t>
      </w:r>
      <w:r w:rsidRPr="001C6EC0">
        <w:rPr>
          <w:rFonts w:ascii="Arial" w:eastAsia="Arial" w:hAnsi="Arial"/>
          <w:color w:val="1F2937"/>
          <w:sz w:val="23"/>
        </w:rPr>
        <w:t>ạ</w:t>
      </w:r>
      <w:r w:rsidRPr="001C6EC0">
        <w:rPr>
          <w:rFonts w:ascii="Arial" w:eastAsia="Arial" w:hAnsi="Arial"/>
          <w:color w:val="1F2937"/>
          <w:sz w:val="23"/>
        </w:rPr>
        <w:t>i</w:t>
      </w:r>
      <w:proofErr w:type="spellEnd"/>
      <w:r w:rsidRPr="001C6EC0">
        <w:rPr>
          <w:rFonts w:ascii="Arial" w:eastAsia="Arial" w:hAnsi="Arial"/>
          <w:color w:val="1F2937"/>
          <w:sz w:val="23"/>
        </w:rPr>
        <w:t>: 094561</w:t>
      </w:r>
      <w:r w:rsidR="001C6EC0">
        <w:rPr>
          <w:rFonts w:ascii="Arial" w:eastAsia="Arial" w:hAnsi="Arial"/>
          <w:color w:val="1F2937"/>
          <w:sz w:val="23"/>
        </w:rPr>
        <w:t>2</w:t>
      </w:r>
      <w:r w:rsidRPr="001C6EC0">
        <w:rPr>
          <w:rFonts w:ascii="Arial" w:eastAsia="Arial" w:hAnsi="Arial"/>
          <w:color w:val="1F2937"/>
          <w:sz w:val="23"/>
        </w:rPr>
        <w:t xml:space="preserve">979; </w:t>
      </w:r>
    </w:p>
    <w:p w14:paraId="3F94699C" w14:textId="660867AE" w:rsidR="001C6EC0" w:rsidRDefault="00173E19" w:rsidP="001C6EC0">
      <w:pPr>
        <w:pStyle w:val="ListParagraph"/>
        <w:numPr>
          <w:ilvl w:val="0"/>
          <w:numId w:val="12"/>
        </w:numPr>
        <w:spacing w:before="120" w:after="120"/>
      </w:pPr>
      <w:r w:rsidRPr="001C6EC0">
        <w:rPr>
          <w:rFonts w:ascii="Arial" w:eastAsia="Arial" w:hAnsi="Arial"/>
          <w:color w:val="1F2937"/>
          <w:sz w:val="23"/>
        </w:rPr>
        <w:t xml:space="preserve">Email: </w:t>
      </w:r>
      <w:hyperlink r:id="rId14" w:history="1">
        <w:r w:rsidR="001C6EC0" w:rsidRPr="00A329CF">
          <w:rPr>
            <w:rStyle w:val="Hyperlink"/>
            <w:rFonts w:ascii="Arial" w:eastAsia="Arial" w:hAnsi="Arial"/>
            <w:sz w:val="23"/>
          </w:rPr>
          <w:t>saudaihoc@hvtc.edu.vn</w:t>
        </w:r>
      </w:hyperlink>
      <w:r w:rsidRPr="001C6EC0">
        <w:rPr>
          <w:rFonts w:ascii="Arial" w:eastAsia="Arial" w:hAnsi="Arial"/>
          <w:color w:val="1F2937"/>
          <w:sz w:val="23"/>
        </w:rPr>
        <w:t>.</w:t>
      </w:r>
    </w:p>
    <w:tbl>
      <w:tblPr>
        <w:tblW w:w="0" w:type="auto"/>
        <w:jc w:val="center"/>
        <w:tblLayout w:type="fixed"/>
        <w:tblLook w:val="04A0" w:firstRow="1" w:lastRow="0" w:firstColumn="1" w:lastColumn="0" w:noHBand="0" w:noVBand="1"/>
      </w:tblPr>
      <w:tblGrid>
        <w:gridCol w:w="2160"/>
        <w:gridCol w:w="8370"/>
      </w:tblGrid>
      <w:tr w:rsidR="005670E3" w14:paraId="4BE0FF24" w14:textId="77777777" w:rsidTr="001C6EC0">
        <w:trPr>
          <w:jc w:val="center"/>
        </w:trPr>
        <w:tc>
          <w:tcPr>
            <w:tcW w:w="2160" w:type="dxa"/>
            <w:tcBorders>
              <w:top w:val="nil"/>
              <w:left w:val="nil"/>
              <w:bottom w:val="nil"/>
              <w:right w:val="nil"/>
            </w:tcBorders>
            <w:shd w:val="clear" w:color="auto" w:fill="D89A16"/>
          </w:tcPr>
          <w:p w14:paraId="273BD55C" w14:textId="77777777" w:rsidR="005670E3" w:rsidRDefault="00173E19" w:rsidP="001C6EC0">
            <w:pPr>
              <w:spacing w:before="120" w:after="120"/>
              <w:jc w:val="center"/>
            </w:pPr>
            <w:r>
              <w:rPr>
                <w:rFonts w:ascii="Arial" w:eastAsia="Arial" w:hAnsi="Arial"/>
                <w:b/>
                <w:color w:val="FFFFFF"/>
                <w:sz w:val="40"/>
              </w:rPr>
              <w:t>!</w:t>
            </w:r>
          </w:p>
        </w:tc>
        <w:tc>
          <w:tcPr>
            <w:tcW w:w="8370" w:type="dxa"/>
            <w:tcBorders>
              <w:top w:val="nil"/>
              <w:left w:val="nil"/>
              <w:bottom w:val="nil"/>
              <w:right w:val="nil"/>
            </w:tcBorders>
            <w:shd w:val="clear" w:color="auto" w:fill="FFF7E2"/>
          </w:tcPr>
          <w:p w14:paraId="3D74FB7F" w14:textId="77777777" w:rsidR="005670E3" w:rsidRDefault="00173E19" w:rsidP="001C6EC0">
            <w:pPr>
              <w:spacing w:before="120" w:after="120"/>
            </w:pPr>
            <w:r>
              <w:rPr>
                <w:rFonts w:ascii="Arial" w:eastAsia="Arial" w:hAnsi="Arial"/>
                <w:b/>
                <w:color w:val="9A5B00"/>
                <w:sz w:val="23"/>
              </w:rPr>
              <w:t xml:space="preserve">Lưu ý: </w:t>
            </w:r>
            <w:r>
              <w:rPr>
                <w:rFonts w:ascii="Arial" w:eastAsia="Arial" w:hAnsi="Arial"/>
                <w:color w:val="1F2937"/>
                <w:sz w:val="23"/>
              </w:rPr>
              <w:t>Thí sinh c</w:t>
            </w:r>
            <w:r>
              <w:rPr>
                <w:rFonts w:ascii="Arial" w:eastAsia="Arial" w:hAnsi="Arial"/>
                <w:color w:val="1F2937"/>
                <w:sz w:val="23"/>
              </w:rPr>
              <w:t>ầ</w:t>
            </w:r>
            <w:r>
              <w:rPr>
                <w:rFonts w:ascii="Arial" w:eastAsia="Arial" w:hAnsi="Arial"/>
                <w:color w:val="1F2937"/>
                <w:sz w:val="23"/>
              </w:rPr>
              <w:t>n hoàn thành vi</w:t>
            </w:r>
            <w:r>
              <w:rPr>
                <w:rFonts w:ascii="Arial" w:eastAsia="Arial" w:hAnsi="Arial"/>
                <w:color w:val="1F2937"/>
                <w:sz w:val="23"/>
              </w:rPr>
              <w:t>ệ</w:t>
            </w:r>
            <w:r>
              <w:rPr>
                <w:rFonts w:ascii="Arial" w:eastAsia="Arial" w:hAnsi="Arial"/>
                <w:color w:val="1F2937"/>
                <w:sz w:val="23"/>
              </w:rPr>
              <w:t xml:space="preserve">c kê khai </w:t>
            </w:r>
            <w:r>
              <w:rPr>
                <w:rFonts w:ascii="Arial" w:eastAsia="Arial" w:hAnsi="Arial"/>
                <w:color w:val="1F2937"/>
                <w:sz w:val="23"/>
              </w:rPr>
              <w:t>tr</w:t>
            </w:r>
            <w:r>
              <w:rPr>
                <w:rFonts w:ascii="Arial" w:eastAsia="Arial" w:hAnsi="Arial"/>
                <w:color w:val="1F2937"/>
                <w:sz w:val="23"/>
              </w:rPr>
              <w:t>ự</w:t>
            </w:r>
            <w:r>
              <w:rPr>
                <w:rFonts w:ascii="Arial" w:eastAsia="Arial" w:hAnsi="Arial"/>
                <w:color w:val="1F2937"/>
                <w:sz w:val="23"/>
              </w:rPr>
              <w:t>c tuy</w:t>
            </w:r>
            <w:r>
              <w:rPr>
                <w:rFonts w:ascii="Arial" w:eastAsia="Arial" w:hAnsi="Arial"/>
                <w:color w:val="1F2937"/>
                <w:sz w:val="23"/>
              </w:rPr>
              <w:t>ế</w:t>
            </w:r>
            <w:r>
              <w:rPr>
                <w:rFonts w:ascii="Arial" w:eastAsia="Arial" w:hAnsi="Arial"/>
                <w:color w:val="1F2937"/>
                <w:sz w:val="23"/>
              </w:rPr>
              <w:t>n và n</w:t>
            </w:r>
            <w:r>
              <w:rPr>
                <w:rFonts w:ascii="Arial" w:eastAsia="Arial" w:hAnsi="Arial"/>
                <w:color w:val="1F2937"/>
                <w:sz w:val="23"/>
              </w:rPr>
              <w:t>ộ</w:t>
            </w:r>
            <w:r>
              <w:rPr>
                <w:rFonts w:ascii="Arial" w:eastAsia="Arial" w:hAnsi="Arial"/>
                <w:color w:val="1F2937"/>
                <w:sz w:val="23"/>
              </w:rPr>
              <w:t>p đ</w:t>
            </w:r>
            <w:r>
              <w:rPr>
                <w:rFonts w:ascii="Arial" w:eastAsia="Arial" w:hAnsi="Arial"/>
                <w:color w:val="1F2937"/>
                <w:sz w:val="23"/>
              </w:rPr>
              <w:t>ủ</w:t>
            </w:r>
            <w:r>
              <w:rPr>
                <w:rFonts w:ascii="Arial" w:eastAsia="Arial" w:hAnsi="Arial"/>
                <w:color w:val="1F2937"/>
                <w:sz w:val="23"/>
              </w:rPr>
              <w:t xml:space="preserve"> minh ch</w:t>
            </w:r>
            <w:r>
              <w:rPr>
                <w:rFonts w:ascii="Arial" w:eastAsia="Arial" w:hAnsi="Arial"/>
                <w:color w:val="1F2937"/>
                <w:sz w:val="23"/>
              </w:rPr>
              <w:t>ứ</w:t>
            </w:r>
            <w:r>
              <w:rPr>
                <w:rFonts w:ascii="Arial" w:eastAsia="Arial" w:hAnsi="Arial"/>
                <w:color w:val="1F2937"/>
                <w:sz w:val="23"/>
              </w:rPr>
              <w:t>ng trong th</w:t>
            </w:r>
            <w:r>
              <w:rPr>
                <w:rFonts w:ascii="Arial" w:eastAsia="Arial" w:hAnsi="Arial"/>
                <w:color w:val="1F2937"/>
                <w:sz w:val="23"/>
              </w:rPr>
              <w:t>ờ</w:t>
            </w:r>
            <w:r>
              <w:rPr>
                <w:rFonts w:ascii="Arial" w:eastAsia="Arial" w:hAnsi="Arial"/>
                <w:color w:val="1F2937"/>
                <w:sz w:val="23"/>
              </w:rPr>
              <w:t>i h</w:t>
            </w:r>
            <w:r>
              <w:rPr>
                <w:rFonts w:ascii="Arial" w:eastAsia="Arial" w:hAnsi="Arial"/>
                <w:color w:val="1F2937"/>
                <w:sz w:val="23"/>
              </w:rPr>
              <w:t>ạ</w:t>
            </w:r>
            <w:r>
              <w:rPr>
                <w:rFonts w:ascii="Arial" w:eastAsia="Arial" w:hAnsi="Arial"/>
                <w:color w:val="1F2937"/>
                <w:sz w:val="23"/>
              </w:rPr>
              <w:t>n c</w:t>
            </w:r>
            <w:r>
              <w:rPr>
                <w:rFonts w:ascii="Arial" w:eastAsia="Arial" w:hAnsi="Arial"/>
                <w:color w:val="1F2937"/>
                <w:sz w:val="23"/>
              </w:rPr>
              <w:t>ủ</w:t>
            </w:r>
            <w:r>
              <w:rPr>
                <w:rFonts w:ascii="Arial" w:eastAsia="Arial" w:hAnsi="Arial"/>
                <w:color w:val="1F2937"/>
                <w:sz w:val="23"/>
              </w:rPr>
              <w:t>a thông báo tuy</w:t>
            </w:r>
            <w:r>
              <w:rPr>
                <w:rFonts w:ascii="Arial" w:eastAsia="Arial" w:hAnsi="Arial"/>
                <w:color w:val="1F2937"/>
                <w:sz w:val="23"/>
              </w:rPr>
              <w:t>ể</w:t>
            </w:r>
            <w:r>
              <w:rPr>
                <w:rFonts w:ascii="Arial" w:eastAsia="Arial" w:hAnsi="Arial"/>
                <w:color w:val="1F2937"/>
                <w:sz w:val="23"/>
              </w:rPr>
              <w:t>n sinh. H</w:t>
            </w:r>
            <w:r>
              <w:rPr>
                <w:rFonts w:ascii="Arial" w:eastAsia="Arial" w:hAnsi="Arial"/>
                <w:color w:val="1F2937"/>
                <w:sz w:val="23"/>
              </w:rPr>
              <w:t>ồ</w:t>
            </w:r>
            <w:r>
              <w:rPr>
                <w:rFonts w:ascii="Arial" w:eastAsia="Arial" w:hAnsi="Arial"/>
                <w:color w:val="1F2937"/>
                <w:sz w:val="23"/>
              </w:rPr>
              <w:t xml:space="preserve"> sơ thi</w:t>
            </w:r>
            <w:r>
              <w:rPr>
                <w:rFonts w:ascii="Arial" w:eastAsia="Arial" w:hAnsi="Arial"/>
                <w:color w:val="1F2937"/>
                <w:sz w:val="23"/>
              </w:rPr>
              <w:t>ế</w:t>
            </w:r>
            <w:r>
              <w:rPr>
                <w:rFonts w:ascii="Arial" w:eastAsia="Arial" w:hAnsi="Arial"/>
                <w:color w:val="1F2937"/>
                <w:sz w:val="23"/>
              </w:rPr>
              <w:t>u, sai ho</w:t>
            </w:r>
            <w:r>
              <w:rPr>
                <w:rFonts w:ascii="Arial" w:eastAsia="Arial" w:hAnsi="Arial"/>
                <w:color w:val="1F2937"/>
                <w:sz w:val="23"/>
              </w:rPr>
              <w:t>ặ</w:t>
            </w:r>
            <w:r>
              <w:rPr>
                <w:rFonts w:ascii="Arial" w:eastAsia="Arial" w:hAnsi="Arial"/>
                <w:color w:val="1F2937"/>
                <w:sz w:val="23"/>
              </w:rPr>
              <w:t>c không xác minh đư</w:t>
            </w:r>
            <w:r>
              <w:rPr>
                <w:rFonts w:ascii="Arial" w:eastAsia="Arial" w:hAnsi="Arial"/>
                <w:color w:val="1F2937"/>
                <w:sz w:val="23"/>
              </w:rPr>
              <w:t>ợ</w:t>
            </w:r>
            <w:r>
              <w:rPr>
                <w:rFonts w:ascii="Arial" w:eastAsia="Arial" w:hAnsi="Arial"/>
                <w:color w:val="1F2937"/>
                <w:sz w:val="23"/>
              </w:rPr>
              <w:t>c có th</w:t>
            </w:r>
            <w:r>
              <w:rPr>
                <w:rFonts w:ascii="Arial" w:eastAsia="Arial" w:hAnsi="Arial"/>
                <w:color w:val="1F2937"/>
                <w:sz w:val="23"/>
              </w:rPr>
              <w:t>ể</w:t>
            </w:r>
            <w:r>
              <w:rPr>
                <w:rFonts w:ascii="Arial" w:eastAsia="Arial" w:hAnsi="Arial"/>
                <w:color w:val="1F2937"/>
                <w:sz w:val="23"/>
              </w:rPr>
              <w:t xml:space="preserve"> không đư</w:t>
            </w:r>
            <w:r>
              <w:rPr>
                <w:rFonts w:ascii="Arial" w:eastAsia="Arial" w:hAnsi="Arial"/>
                <w:color w:val="1F2937"/>
                <w:sz w:val="23"/>
              </w:rPr>
              <w:t>ợ</w:t>
            </w:r>
            <w:r>
              <w:rPr>
                <w:rFonts w:ascii="Arial" w:eastAsia="Arial" w:hAnsi="Arial"/>
                <w:color w:val="1F2937"/>
                <w:sz w:val="23"/>
              </w:rPr>
              <w:t>c công nh</w:t>
            </w:r>
            <w:r>
              <w:rPr>
                <w:rFonts w:ascii="Arial" w:eastAsia="Arial" w:hAnsi="Arial"/>
                <w:color w:val="1F2937"/>
                <w:sz w:val="23"/>
              </w:rPr>
              <w:t>ậ</w:t>
            </w:r>
            <w:r>
              <w:rPr>
                <w:rFonts w:ascii="Arial" w:eastAsia="Arial" w:hAnsi="Arial"/>
                <w:color w:val="1F2937"/>
                <w:sz w:val="23"/>
              </w:rPr>
              <w:t>n.</w:t>
            </w:r>
          </w:p>
        </w:tc>
      </w:tr>
    </w:tbl>
    <w:p w14:paraId="11A8F746" w14:textId="77777777" w:rsidR="00F73B6F" w:rsidRDefault="00F73B6F"/>
    <w:sectPr w:rsidR="00F73B6F" w:rsidSect="001C6EC0">
      <w:headerReference w:type="default" r:id="rId15"/>
      <w:footerReference w:type="default" r:id="rId16"/>
      <w:pgSz w:w="12240" w:h="15840"/>
      <w:pgMar w:top="709" w:right="900" w:bottom="680" w:left="879" w:header="227" w:footer="2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794E62" w14:textId="77777777" w:rsidR="00173E19" w:rsidRDefault="00173E19">
      <w:pPr>
        <w:spacing w:after="0" w:line="240" w:lineRule="auto"/>
      </w:pPr>
      <w:r>
        <w:separator/>
      </w:r>
    </w:p>
  </w:endnote>
  <w:endnote w:type="continuationSeparator" w:id="0">
    <w:p w14:paraId="1EA43D0E" w14:textId="77777777" w:rsidR="00173E19" w:rsidRDefault="00173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C0A57" w14:textId="22D2A9CC" w:rsidR="005670E3" w:rsidRDefault="00173E19">
    <w:pPr>
      <w:pStyle w:val="Footer"/>
      <w:jc w:val="center"/>
    </w:pPr>
    <w:proofErr w:type="spellStart"/>
    <w:r>
      <w:rPr>
        <w:rFonts w:ascii="Arial" w:eastAsia="Arial" w:hAnsi="Arial"/>
        <w:color w:val="64748B"/>
        <w:sz w:val="17"/>
      </w:rPr>
      <w:t>Đi</w:t>
    </w:r>
    <w:r>
      <w:rPr>
        <w:rFonts w:ascii="Arial" w:eastAsia="Arial" w:hAnsi="Arial"/>
        <w:color w:val="64748B"/>
        <w:sz w:val="17"/>
      </w:rPr>
      <w:t>ệ</w:t>
    </w:r>
    <w:r>
      <w:rPr>
        <w:rFonts w:ascii="Arial" w:eastAsia="Arial" w:hAnsi="Arial"/>
        <w:color w:val="64748B"/>
        <w:sz w:val="17"/>
      </w:rPr>
      <w:t>n</w:t>
    </w:r>
    <w:proofErr w:type="spellEnd"/>
    <w:r>
      <w:rPr>
        <w:rFonts w:ascii="Arial" w:eastAsia="Arial" w:hAnsi="Arial"/>
        <w:color w:val="64748B"/>
        <w:sz w:val="17"/>
      </w:rPr>
      <w:t xml:space="preserve"> </w:t>
    </w:r>
    <w:proofErr w:type="spellStart"/>
    <w:r>
      <w:rPr>
        <w:rFonts w:ascii="Arial" w:eastAsia="Arial" w:hAnsi="Arial"/>
        <w:color w:val="64748B"/>
        <w:sz w:val="17"/>
      </w:rPr>
      <w:t>tho</w:t>
    </w:r>
    <w:r>
      <w:rPr>
        <w:rFonts w:ascii="Arial" w:eastAsia="Arial" w:hAnsi="Arial"/>
        <w:color w:val="64748B"/>
        <w:sz w:val="17"/>
      </w:rPr>
      <w:t>ạ</w:t>
    </w:r>
    <w:r>
      <w:rPr>
        <w:rFonts w:ascii="Arial" w:eastAsia="Arial" w:hAnsi="Arial"/>
        <w:color w:val="64748B"/>
        <w:sz w:val="17"/>
      </w:rPr>
      <w:t>i</w:t>
    </w:r>
    <w:proofErr w:type="spellEnd"/>
    <w:r>
      <w:rPr>
        <w:rFonts w:ascii="Arial" w:eastAsia="Arial" w:hAnsi="Arial"/>
        <w:color w:val="64748B"/>
        <w:sz w:val="17"/>
      </w:rPr>
      <w:t xml:space="preserve">: </w:t>
    </w:r>
    <w:proofErr w:type="gramStart"/>
    <w:r>
      <w:rPr>
        <w:rFonts w:ascii="Arial" w:eastAsia="Arial" w:hAnsi="Arial"/>
        <w:color w:val="64748B"/>
        <w:sz w:val="17"/>
      </w:rPr>
      <w:t>094561</w:t>
    </w:r>
    <w:r w:rsidR="001C6EC0">
      <w:rPr>
        <w:rFonts w:ascii="Arial" w:eastAsia="Arial" w:hAnsi="Arial"/>
        <w:color w:val="64748B"/>
        <w:sz w:val="17"/>
      </w:rPr>
      <w:t>2</w:t>
    </w:r>
    <w:r>
      <w:rPr>
        <w:rFonts w:ascii="Arial" w:eastAsia="Arial" w:hAnsi="Arial"/>
        <w:color w:val="64748B"/>
        <w:sz w:val="17"/>
      </w:rPr>
      <w:t xml:space="preserve">979 </w:t>
    </w:r>
    <w:r>
      <w:rPr>
        <w:rFonts w:ascii="Arial" w:eastAsia="Arial" w:hAnsi="Arial"/>
        <w:color w:val="64748B"/>
        <w:sz w:val="17"/>
      </w:rPr>
      <w:t xml:space="preserve"> |</w:t>
    </w:r>
    <w:proofErr w:type="gramEnd"/>
    <w:r>
      <w:rPr>
        <w:rFonts w:ascii="Arial" w:eastAsia="Arial" w:hAnsi="Arial"/>
        <w:color w:val="64748B"/>
        <w:sz w:val="17"/>
      </w:rPr>
      <w:t xml:space="preserve">  Email: saudaihoc@hvtc.edu.vn  |  P</w:t>
    </w:r>
    <w:r w:rsidR="001C6EC0">
      <w:rPr>
        <w:rFonts w:ascii="Arial" w:eastAsia="Arial" w:hAnsi="Arial"/>
        <w:color w:val="64748B"/>
        <w:sz w:val="17"/>
      </w:rPr>
      <w:t>4</w:t>
    </w:r>
    <w:r>
      <w:rPr>
        <w:rFonts w:ascii="Arial" w:eastAsia="Arial" w:hAnsi="Arial"/>
        <w:color w:val="64748B"/>
        <w:sz w:val="17"/>
      </w:rPr>
      <w:t xml:space="preserve">05, 19 </w:t>
    </w:r>
    <w:proofErr w:type="spellStart"/>
    <w:r>
      <w:rPr>
        <w:rFonts w:ascii="Arial" w:eastAsia="Arial" w:hAnsi="Arial"/>
        <w:color w:val="64748B"/>
        <w:sz w:val="17"/>
      </w:rPr>
      <w:t>Ngõ</w:t>
    </w:r>
    <w:proofErr w:type="spellEnd"/>
    <w:r>
      <w:rPr>
        <w:rFonts w:ascii="Arial" w:eastAsia="Arial" w:hAnsi="Arial"/>
        <w:color w:val="64748B"/>
        <w:sz w:val="17"/>
      </w:rPr>
      <w:t xml:space="preserve"> </w:t>
    </w:r>
    <w:proofErr w:type="spellStart"/>
    <w:r>
      <w:rPr>
        <w:rFonts w:ascii="Arial" w:eastAsia="Arial" w:hAnsi="Arial"/>
        <w:color w:val="64748B"/>
        <w:sz w:val="17"/>
      </w:rPr>
      <w:t>Hàng</w:t>
    </w:r>
    <w:proofErr w:type="spellEnd"/>
    <w:r>
      <w:rPr>
        <w:rFonts w:ascii="Arial" w:eastAsia="Arial" w:hAnsi="Arial"/>
        <w:color w:val="64748B"/>
        <w:sz w:val="17"/>
      </w:rPr>
      <w:t xml:space="preserve"> </w:t>
    </w:r>
    <w:proofErr w:type="spellStart"/>
    <w:r>
      <w:rPr>
        <w:rFonts w:ascii="Arial" w:eastAsia="Arial" w:hAnsi="Arial"/>
        <w:color w:val="64748B"/>
        <w:sz w:val="17"/>
      </w:rPr>
      <w:t>Cháo</w:t>
    </w:r>
    <w:proofErr w:type="spellEnd"/>
    <w:r>
      <w:rPr>
        <w:rFonts w:ascii="Arial" w:eastAsia="Arial" w:hAnsi="Arial"/>
        <w:color w:val="64748B"/>
        <w:sz w:val="17"/>
      </w:rPr>
      <w:t>, Ô Ch</w:t>
    </w:r>
    <w:r>
      <w:rPr>
        <w:rFonts w:ascii="Arial" w:eastAsia="Arial" w:hAnsi="Arial"/>
        <w:color w:val="64748B"/>
        <w:sz w:val="17"/>
      </w:rPr>
      <w:t>ợ</w:t>
    </w:r>
    <w:r>
      <w:rPr>
        <w:rFonts w:ascii="Arial" w:eastAsia="Arial" w:hAnsi="Arial"/>
        <w:color w:val="64748B"/>
        <w:sz w:val="17"/>
      </w:rPr>
      <w:t xml:space="preserve"> D</w:t>
    </w:r>
    <w:r>
      <w:rPr>
        <w:rFonts w:ascii="Arial" w:eastAsia="Arial" w:hAnsi="Arial"/>
        <w:color w:val="64748B"/>
        <w:sz w:val="17"/>
      </w:rPr>
      <w:t>ừ</w:t>
    </w:r>
    <w:r>
      <w:rPr>
        <w:rFonts w:ascii="Arial" w:eastAsia="Arial" w:hAnsi="Arial"/>
        <w:color w:val="64748B"/>
        <w:sz w:val="17"/>
      </w:rPr>
      <w:t>a, Hà N</w:t>
    </w:r>
    <w:r>
      <w:rPr>
        <w:rFonts w:ascii="Arial" w:eastAsia="Arial" w:hAnsi="Arial"/>
        <w:color w:val="64748B"/>
        <w:sz w:val="17"/>
      </w:rPr>
      <w:t>ộ</w:t>
    </w:r>
    <w:r>
      <w:rPr>
        <w:rFonts w:ascii="Arial" w:eastAsia="Arial" w:hAnsi="Arial"/>
        <w:color w:val="64748B"/>
        <w:sz w:val="17"/>
      </w:rPr>
      <w:t>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FD7240" w14:textId="77777777" w:rsidR="00173E19" w:rsidRDefault="00173E19">
      <w:pPr>
        <w:spacing w:after="0" w:line="240" w:lineRule="auto"/>
      </w:pPr>
      <w:r>
        <w:separator/>
      </w:r>
    </w:p>
  </w:footnote>
  <w:footnote w:type="continuationSeparator" w:id="0">
    <w:p w14:paraId="21042E22" w14:textId="77777777" w:rsidR="00173E19" w:rsidRDefault="00173E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CF4D6" w14:textId="77777777" w:rsidR="005670E3" w:rsidRDefault="005670E3">
    <w:pPr>
      <w:pStyle w:val="Header"/>
    </w:pPr>
  </w:p>
  <w:tbl>
    <w:tblPr>
      <w:tblW w:w="0" w:type="auto"/>
      <w:jc w:val="center"/>
      <w:tblLayout w:type="fixed"/>
      <w:tblLook w:val="04A0" w:firstRow="1" w:lastRow="0" w:firstColumn="1" w:lastColumn="0" w:noHBand="0" w:noVBand="1"/>
    </w:tblPr>
    <w:tblGrid>
      <w:gridCol w:w="1749"/>
      <w:gridCol w:w="5074"/>
    </w:tblGrid>
    <w:tr w:rsidR="005670E3" w14:paraId="3E9ED6D7" w14:textId="77777777" w:rsidTr="00752F60">
      <w:trPr>
        <w:jc w:val="center"/>
      </w:trPr>
      <w:tc>
        <w:tcPr>
          <w:tcW w:w="1749" w:type="dxa"/>
          <w:tcBorders>
            <w:top w:val="nil"/>
            <w:left w:val="nil"/>
            <w:bottom w:val="nil"/>
            <w:right w:val="nil"/>
          </w:tcBorders>
        </w:tcPr>
        <w:p w14:paraId="0B69A34A" w14:textId="77777777" w:rsidR="005670E3" w:rsidRDefault="00173E19">
          <w:r>
            <w:rPr>
              <w:noProof/>
            </w:rPr>
            <w:drawing>
              <wp:inline distT="0" distB="0" distL="0" distR="0" wp14:anchorId="181747DB" wp14:editId="502C49AA">
                <wp:extent cx="522000" cy="522000"/>
                <wp:effectExtent l="0" t="0" r="0" b="0"/>
                <wp:docPr id="534157459" name="Picture 534157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s_guide_logo.png"/>
                        <pic:cNvPicPr/>
                      </pic:nvPicPr>
                      <pic:blipFill>
                        <a:blip r:embed="rId1"/>
                        <a:stretch>
                          <a:fillRect/>
                        </a:stretch>
                      </pic:blipFill>
                      <pic:spPr>
                        <a:xfrm>
                          <a:off x="0" y="0"/>
                          <a:ext cx="522000" cy="522000"/>
                        </a:xfrm>
                        <a:prstGeom prst="rect">
                          <a:avLst/>
                        </a:prstGeom>
                      </pic:spPr>
                    </pic:pic>
                  </a:graphicData>
                </a:graphic>
              </wp:inline>
            </w:drawing>
          </w:r>
        </w:p>
      </w:tc>
      <w:tc>
        <w:tcPr>
          <w:tcW w:w="5074" w:type="dxa"/>
          <w:tcBorders>
            <w:top w:val="nil"/>
            <w:left w:val="nil"/>
            <w:bottom w:val="nil"/>
            <w:right w:val="nil"/>
          </w:tcBorders>
        </w:tcPr>
        <w:p w14:paraId="6EAA16C9" w14:textId="77777777" w:rsidR="005670E3" w:rsidRDefault="00173E19" w:rsidP="001C6EC0">
          <w:pPr>
            <w:spacing w:after="120"/>
            <w:jc w:val="center"/>
          </w:pPr>
          <w:r>
            <w:rPr>
              <w:rFonts w:ascii="Arial" w:eastAsia="Arial" w:hAnsi="Arial"/>
              <w:b/>
              <w:color w:val="0B6B62"/>
              <w:sz w:val="23"/>
            </w:rPr>
            <w:t>KHOA SAU Đ</w:t>
          </w:r>
          <w:r>
            <w:rPr>
              <w:rFonts w:ascii="Arial" w:eastAsia="Arial" w:hAnsi="Arial"/>
              <w:b/>
              <w:color w:val="0B6B62"/>
              <w:sz w:val="23"/>
            </w:rPr>
            <w:t>Ạ</w:t>
          </w:r>
          <w:r>
            <w:rPr>
              <w:rFonts w:ascii="Arial" w:eastAsia="Arial" w:hAnsi="Arial"/>
              <w:b/>
              <w:color w:val="0B6B62"/>
              <w:sz w:val="23"/>
            </w:rPr>
            <w:t>I H</w:t>
          </w:r>
          <w:r>
            <w:rPr>
              <w:rFonts w:ascii="Arial" w:eastAsia="Arial" w:hAnsi="Arial"/>
              <w:b/>
              <w:color w:val="0B6B62"/>
              <w:sz w:val="23"/>
            </w:rPr>
            <w:t>Ọ</w:t>
          </w:r>
          <w:r>
            <w:rPr>
              <w:rFonts w:ascii="Arial" w:eastAsia="Arial" w:hAnsi="Arial"/>
              <w:b/>
              <w:color w:val="0B6B62"/>
              <w:sz w:val="23"/>
            </w:rPr>
            <w:t>C - H</w:t>
          </w:r>
          <w:r>
            <w:rPr>
              <w:rFonts w:ascii="Arial" w:eastAsia="Arial" w:hAnsi="Arial"/>
              <w:b/>
              <w:color w:val="0B6B62"/>
              <w:sz w:val="23"/>
            </w:rPr>
            <w:t>Ọ</w:t>
          </w:r>
          <w:r>
            <w:rPr>
              <w:rFonts w:ascii="Arial" w:eastAsia="Arial" w:hAnsi="Arial"/>
              <w:b/>
              <w:color w:val="0B6B62"/>
              <w:sz w:val="23"/>
            </w:rPr>
            <w:t>C VI</w:t>
          </w:r>
          <w:r>
            <w:rPr>
              <w:rFonts w:ascii="Arial" w:eastAsia="Arial" w:hAnsi="Arial"/>
              <w:b/>
              <w:color w:val="0B6B62"/>
              <w:sz w:val="23"/>
            </w:rPr>
            <w:t>Ệ</w:t>
          </w:r>
          <w:r>
            <w:rPr>
              <w:rFonts w:ascii="Arial" w:eastAsia="Arial" w:hAnsi="Arial"/>
              <w:b/>
              <w:color w:val="0B6B62"/>
              <w:sz w:val="23"/>
            </w:rPr>
            <w:t>N TÀI CHÍNH</w:t>
          </w:r>
        </w:p>
        <w:p w14:paraId="0E39131C" w14:textId="77777777" w:rsidR="005670E3" w:rsidRDefault="00173E19" w:rsidP="001C6EC0">
          <w:pPr>
            <w:spacing w:after="120"/>
            <w:jc w:val="center"/>
          </w:pPr>
          <w:r>
            <w:rPr>
              <w:rFonts w:ascii="Arial" w:eastAsia="Arial" w:hAnsi="Arial"/>
              <w:color w:val="64748B"/>
              <w:sz w:val="18"/>
            </w:rPr>
            <w:t>HƯ</w:t>
          </w:r>
          <w:r>
            <w:rPr>
              <w:rFonts w:ascii="Arial" w:eastAsia="Arial" w:hAnsi="Arial"/>
              <w:color w:val="64748B"/>
              <w:sz w:val="18"/>
            </w:rPr>
            <w:t>Ớ</w:t>
          </w:r>
          <w:r>
            <w:rPr>
              <w:rFonts w:ascii="Arial" w:eastAsia="Arial" w:hAnsi="Arial"/>
              <w:color w:val="64748B"/>
              <w:sz w:val="18"/>
            </w:rPr>
            <w:t>NG D</w:t>
          </w:r>
          <w:r>
            <w:rPr>
              <w:rFonts w:ascii="Arial" w:eastAsia="Arial" w:hAnsi="Arial"/>
              <w:color w:val="64748B"/>
              <w:sz w:val="18"/>
            </w:rPr>
            <w:t>Ẫ</w:t>
          </w:r>
          <w:r>
            <w:rPr>
              <w:rFonts w:ascii="Arial" w:eastAsia="Arial" w:hAnsi="Arial"/>
              <w:color w:val="64748B"/>
              <w:sz w:val="18"/>
            </w:rPr>
            <w:t>N DÀNH CHO THÍ SINH D</w:t>
          </w:r>
          <w:r>
            <w:rPr>
              <w:rFonts w:ascii="Arial" w:eastAsia="Arial" w:hAnsi="Arial"/>
              <w:color w:val="64748B"/>
              <w:sz w:val="18"/>
            </w:rPr>
            <w:t>Ự</w:t>
          </w:r>
          <w:r>
            <w:rPr>
              <w:rFonts w:ascii="Arial" w:eastAsia="Arial" w:hAnsi="Arial"/>
              <w:color w:val="64748B"/>
              <w:sz w:val="18"/>
            </w:rPr>
            <w:t xml:space="preserve"> TUY</w:t>
          </w:r>
          <w:r>
            <w:rPr>
              <w:rFonts w:ascii="Arial" w:eastAsia="Arial" w:hAnsi="Arial"/>
              <w:color w:val="64748B"/>
              <w:sz w:val="18"/>
            </w:rPr>
            <w:t>Ể</w:t>
          </w:r>
          <w:r>
            <w:rPr>
              <w:rFonts w:ascii="Arial" w:eastAsia="Arial" w:hAnsi="Arial"/>
              <w:color w:val="64748B"/>
              <w:sz w:val="18"/>
            </w:rPr>
            <w:t>N TH</w:t>
          </w:r>
          <w:r>
            <w:rPr>
              <w:rFonts w:ascii="Arial" w:eastAsia="Arial" w:hAnsi="Arial"/>
              <w:color w:val="64748B"/>
              <w:sz w:val="18"/>
            </w:rPr>
            <w:t>Ạ</w:t>
          </w:r>
          <w:r>
            <w:rPr>
              <w:rFonts w:ascii="Arial" w:eastAsia="Arial" w:hAnsi="Arial"/>
              <w:color w:val="64748B"/>
              <w:sz w:val="18"/>
            </w:rPr>
            <w:t>C SĨ</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1787700"/>
    <w:multiLevelType w:val="hybridMultilevel"/>
    <w:tmpl w:val="32462788"/>
    <w:lvl w:ilvl="0" w:tplc="0409000D">
      <w:start w:val="1"/>
      <w:numFmt w:val="bullet"/>
      <w:lvlText w:val=""/>
      <w:lvlJc w:val="left"/>
      <w:pPr>
        <w:ind w:left="834" w:hanging="360"/>
      </w:pPr>
      <w:rPr>
        <w:rFonts w:ascii="Wingdings" w:hAnsi="Wingdings"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10">
    <w:nsid w:val="03B9724D"/>
    <w:multiLevelType w:val="hybridMultilevel"/>
    <w:tmpl w:val="77603E22"/>
    <w:lvl w:ilvl="0" w:tplc="0409000D">
      <w:start w:val="1"/>
      <w:numFmt w:val="bullet"/>
      <w:lvlText w:val=""/>
      <w:lvlJc w:val="left"/>
      <w:pPr>
        <w:ind w:left="834" w:hanging="360"/>
      </w:pPr>
      <w:rPr>
        <w:rFonts w:ascii="Wingdings" w:hAnsi="Wingdings"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11">
    <w:nsid w:val="32CD241B"/>
    <w:multiLevelType w:val="hybridMultilevel"/>
    <w:tmpl w:val="E180AC92"/>
    <w:lvl w:ilvl="0" w:tplc="661488DC">
      <w:numFmt w:val="bullet"/>
      <w:lvlText w:val="•"/>
      <w:lvlJc w:val="left"/>
      <w:pPr>
        <w:ind w:left="474" w:hanging="360"/>
      </w:pPr>
      <w:rPr>
        <w:rFonts w:ascii="Times New Roman" w:eastAsia="Arial" w:hAnsi="Times New Roman" w:cs="Times New Roman" w:hint="default"/>
        <w:b/>
        <w:color w:val="0B6B62"/>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2">
    <w:nsid w:val="4E0B3EFC"/>
    <w:multiLevelType w:val="hybridMultilevel"/>
    <w:tmpl w:val="FDF08E88"/>
    <w:lvl w:ilvl="0" w:tplc="D6B6C0B2">
      <w:numFmt w:val="bullet"/>
      <w:lvlText w:val="•"/>
      <w:lvlJc w:val="left"/>
      <w:pPr>
        <w:ind w:left="474" w:hanging="360"/>
      </w:pPr>
      <w:rPr>
        <w:rFonts w:ascii="Arial" w:eastAsia="Arial" w:hAnsi="Arial" w:cs="Arial" w:hint="default"/>
        <w:b/>
        <w:color w:val="0B6B62"/>
        <w:sz w:val="23"/>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73E19"/>
    <w:rsid w:val="001C6EC0"/>
    <w:rsid w:val="0029639D"/>
    <w:rsid w:val="00326F90"/>
    <w:rsid w:val="005670E3"/>
    <w:rsid w:val="00626A0D"/>
    <w:rsid w:val="006A49ED"/>
    <w:rsid w:val="00752F60"/>
    <w:rsid w:val="00AA1D8D"/>
    <w:rsid w:val="00B47730"/>
    <w:rsid w:val="00CB0664"/>
    <w:rsid w:val="00CE2E64"/>
    <w:rsid w:val="00F73B6F"/>
    <w:rsid w:val="00FA0CD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0BE0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52F60"/>
    <w:rPr>
      <w:color w:val="0000FF" w:themeColor="hyperlink"/>
      <w:u w:val="single"/>
    </w:rPr>
  </w:style>
  <w:style w:type="character" w:customStyle="1" w:styleId="UnresolvedMention">
    <w:name w:val="Unresolved Mention"/>
    <w:basedOn w:val="DefaultParagraphFont"/>
    <w:uiPriority w:val="99"/>
    <w:semiHidden/>
    <w:unhideWhenUsed/>
    <w:rsid w:val="00752F60"/>
    <w:rPr>
      <w:color w:val="605E5C"/>
      <w:shd w:val="clear" w:color="auto" w:fill="E1DFDD"/>
    </w:rPr>
  </w:style>
  <w:style w:type="paragraph" w:styleId="BalloonText">
    <w:name w:val="Balloon Text"/>
    <w:basedOn w:val="Normal"/>
    <w:link w:val="BalloonTextChar"/>
    <w:uiPriority w:val="99"/>
    <w:semiHidden/>
    <w:unhideWhenUsed/>
    <w:rsid w:val="006A4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9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52F60"/>
    <w:rPr>
      <w:color w:val="0000FF" w:themeColor="hyperlink"/>
      <w:u w:val="single"/>
    </w:rPr>
  </w:style>
  <w:style w:type="character" w:customStyle="1" w:styleId="UnresolvedMention">
    <w:name w:val="Unresolved Mention"/>
    <w:basedOn w:val="DefaultParagraphFont"/>
    <w:uiPriority w:val="99"/>
    <w:semiHidden/>
    <w:unhideWhenUsed/>
    <w:rsid w:val="00752F60"/>
    <w:rPr>
      <w:color w:val="605E5C"/>
      <w:shd w:val="clear" w:color="auto" w:fill="E1DFDD"/>
    </w:rPr>
  </w:style>
  <w:style w:type="paragraph" w:styleId="BalloonText">
    <w:name w:val="Balloon Text"/>
    <w:basedOn w:val="Normal"/>
    <w:link w:val="BalloonTextChar"/>
    <w:uiPriority w:val="99"/>
    <w:semiHidden/>
    <w:unhideWhenUsed/>
    <w:rsid w:val="006A4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9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https://tuyensinhsdh.hvtc.edu.vn" TargetMode="External"/><Relationship Id="rId14" Type="http://schemas.openxmlformats.org/officeDocument/2006/relationships/hyperlink" Target="mailto:saudaihoc@hvtc.edu.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34050-314F-4B70-9C3D-1980FC2EC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3282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BaThinh</cp:lastModifiedBy>
  <cp:revision>2</cp:revision>
  <dcterms:created xsi:type="dcterms:W3CDTF">2026-07-24T02:06:00Z</dcterms:created>
  <dcterms:modified xsi:type="dcterms:W3CDTF">2026-07-24T02:06:00Z</dcterms:modified>
</cp:coreProperties>
</file>